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97427" w14:textId="157A15F6" w:rsidR="00B6703B" w:rsidRDefault="00000000" w:rsidP="005B3720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23E9385" wp14:editId="61D72382">
            <wp:simplePos x="0" y="0"/>
            <wp:positionH relativeFrom="column">
              <wp:posOffset>74669</wp:posOffset>
            </wp:positionH>
            <wp:positionV relativeFrom="paragraph">
              <wp:posOffset>-246558</wp:posOffset>
            </wp:positionV>
            <wp:extent cx="794759" cy="794759"/>
            <wp:effectExtent l="0" t="0" r="5715" b="5715"/>
            <wp:wrapTight wrapText="bothSides">
              <wp:wrapPolygon edited="0">
                <wp:start x="0" y="0"/>
                <wp:lineTo x="0" y="21410"/>
                <wp:lineTo x="21410" y="21410"/>
                <wp:lineTo x="2141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LOR BIENESTAR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4759" cy="794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667A52"/>
          <w:sz w:val="40"/>
        </w:rPr>
        <w:t>FICHA DE POSTULACIÓN</w:t>
      </w:r>
    </w:p>
    <w:p w14:paraId="2B299D4A" w14:textId="77777777" w:rsidR="00B6703B" w:rsidRDefault="00000000" w:rsidP="005B3720">
      <w:pPr>
        <w:jc w:val="center"/>
      </w:pPr>
      <w:r>
        <w:rPr>
          <w:sz w:val="22"/>
        </w:rPr>
        <w:t>Comunidad Educativa Kusikay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56"/>
        <w:gridCol w:w="5256"/>
      </w:tblGrid>
      <w:tr w:rsidR="00B6703B" w14:paraId="182CD026" w14:textId="77777777">
        <w:tc>
          <w:tcPr>
            <w:tcW w:w="525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83DE4C" w14:textId="77777777" w:rsidR="00B6703B" w:rsidRDefault="00000000" w:rsidP="005B3720">
            <w:r>
              <w:rPr>
                <w:b/>
              </w:rPr>
              <w:t>Año de admisión: ____________________</w:t>
            </w:r>
          </w:p>
        </w:tc>
        <w:tc>
          <w:tcPr>
            <w:tcW w:w="525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F3EF36" w14:textId="77777777" w:rsidR="00B6703B" w:rsidRDefault="00000000" w:rsidP="005B3720">
            <w:r>
              <w:rPr>
                <w:b/>
              </w:rPr>
              <w:t>Curso al que postula: ____________________</w:t>
            </w:r>
          </w:p>
        </w:tc>
      </w:tr>
    </w:tbl>
    <w:p w14:paraId="0A39FA01" w14:textId="77777777" w:rsidR="00B6703B" w:rsidRDefault="00000000" w:rsidP="005B3720">
      <w:pPr>
        <w:spacing w:before="160" w:after="80"/>
      </w:pPr>
      <w:r>
        <w:rPr>
          <w:b/>
          <w:color w:val="667A52"/>
          <w:sz w:val="24"/>
        </w:rPr>
        <w:t>1. DATOS PERSONALES DEL POSTULANTE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40"/>
        <w:gridCol w:w="6696"/>
      </w:tblGrid>
      <w:tr w:rsidR="00B6703B" w14:paraId="2B0F02C8" w14:textId="77777777">
        <w:trPr>
          <w:jc w:val="center"/>
        </w:trPr>
        <w:tc>
          <w:tcPr>
            <w:tcW w:w="3240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38B4AE" w14:textId="77777777" w:rsidR="00B6703B" w:rsidRDefault="00000000" w:rsidP="005B3720">
            <w:r>
              <w:rPr>
                <w:b/>
                <w:color w:val="667A52"/>
                <w:sz w:val="18"/>
              </w:rPr>
              <w:t>Nombre completo del postulante</w:t>
            </w:r>
          </w:p>
        </w:tc>
        <w:tc>
          <w:tcPr>
            <w:tcW w:w="66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785985" w14:textId="77777777" w:rsidR="00B6703B" w:rsidRDefault="00B6703B" w:rsidP="005B3720"/>
        </w:tc>
      </w:tr>
      <w:tr w:rsidR="00B6703B" w14:paraId="5B49C615" w14:textId="77777777">
        <w:trPr>
          <w:jc w:val="center"/>
        </w:trPr>
        <w:tc>
          <w:tcPr>
            <w:tcW w:w="3240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EA86B9" w14:textId="77777777" w:rsidR="00B6703B" w:rsidRDefault="00000000" w:rsidP="005B3720">
            <w:r>
              <w:rPr>
                <w:b/>
                <w:color w:val="667A52"/>
                <w:sz w:val="18"/>
              </w:rPr>
              <w:t>Edad al ingresar</w:t>
            </w:r>
          </w:p>
        </w:tc>
        <w:tc>
          <w:tcPr>
            <w:tcW w:w="66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3F5FC5" w14:textId="77777777" w:rsidR="00B6703B" w:rsidRDefault="00B6703B" w:rsidP="005B3720"/>
        </w:tc>
      </w:tr>
      <w:tr w:rsidR="00B6703B" w14:paraId="74897AFC" w14:textId="77777777">
        <w:trPr>
          <w:jc w:val="center"/>
        </w:trPr>
        <w:tc>
          <w:tcPr>
            <w:tcW w:w="3240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40F257" w14:textId="77777777" w:rsidR="00B6703B" w:rsidRDefault="00000000" w:rsidP="005B3720">
            <w:r>
              <w:rPr>
                <w:b/>
                <w:color w:val="667A52"/>
                <w:sz w:val="18"/>
              </w:rPr>
              <w:t>Fecha de nacimiento</w:t>
            </w:r>
          </w:p>
        </w:tc>
        <w:tc>
          <w:tcPr>
            <w:tcW w:w="66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DBDDC" w14:textId="77777777" w:rsidR="00B6703B" w:rsidRDefault="00B6703B" w:rsidP="005B3720"/>
        </w:tc>
      </w:tr>
      <w:tr w:rsidR="00B6703B" w14:paraId="6165C9E3" w14:textId="77777777">
        <w:trPr>
          <w:jc w:val="center"/>
        </w:trPr>
        <w:tc>
          <w:tcPr>
            <w:tcW w:w="3240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3FFC1F" w14:textId="77777777" w:rsidR="00B6703B" w:rsidRDefault="00000000" w:rsidP="005B3720">
            <w:r>
              <w:rPr>
                <w:b/>
                <w:color w:val="667A52"/>
                <w:sz w:val="18"/>
              </w:rPr>
              <w:t>Teléfono de contacto</w:t>
            </w:r>
          </w:p>
        </w:tc>
        <w:tc>
          <w:tcPr>
            <w:tcW w:w="66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B824BB" w14:textId="77777777" w:rsidR="00B6703B" w:rsidRDefault="00B6703B" w:rsidP="005B3720"/>
        </w:tc>
      </w:tr>
      <w:tr w:rsidR="00B6703B" w14:paraId="642C8D1E" w14:textId="77777777">
        <w:trPr>
          <w:jc w:val="center"/>
        </w:trPr>
        <w:tc>
          <w:tcPr>
            <w:tcW w:w="3240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FEECE6" w14:textId="78A8A6C2" w:rsidR="00B6703B" w:rsidRDefault="00000000" w:rsidP="005B3720">
            <w:proofErr w:type="spellStart"/>
            <w:r>
              <w:rPr>
                <w:b/>
                <w:color w:val="667A52"/>
                <w:sz w:val="18"/>
              </w:rPr>
              <w:t>Dirección</w:t>
            </w:r>
            <w:proofErr w:type="spellEnd"/>
            <w:r w:rsidR="005B3720">
              <w:rPr>
                <w:b/>
                <w:color w:val="667A52"/>
                <w:sz w:val="18"/>
              </w:rPr>
              <w:t xml:space="preserve">, </w:t>
            </w:r>
            <w:proofErr w:type="spellStart"/>
            <w:r w:rsidR="005B3720">
              <w:rPr>
                <w:b/>
                <w:color w:val="667A52"/>
                <w:sz w:val="18"/>
              </w:rPr>
              <w:t>Comuna</w:t>
            </w:r>
            <w:proofErr w:type="spellEnd"/>
          </w:p>
        </w:tc>
        <w:tc>
          <w:tcPr>
            <w:tcW w:w="66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D2E875" w14:textId="77777777" w:rsidR="00B6703B" w:rsidRDefault="00B6703B" w:rsidP="005B3720"/>
        </w:tc>
      </w:tr>
      <w:tr w:rsidR="00B6703B" w14:paraId="5CB26E9A" w14:textId="77777777">
        <w:trPr>
          <w:jc w:val="center"/>
        </w:trPr>
        <w:tc>
          <w:tcPr>
            <w:tcW w:w="3240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4CAEA1" w14:textId="77777777" w:rsidR="00B6703B" w:rsidRDefault="00000000" w:rsidP="005B3720">
            <w:r>
              <w:rPr>
                <w:b/>
                <w:color w:val="667A52"/>
                <w:sz w:val="18"/>
              </w:rPr>
              <w:t>¿</w:t>
            </w:r>
            <w:proofErr w:type="spellStart"/>
            <w:r>
              <w:rPr>
                <w:b/>
                <w:color w:val="667A52"/>
                <w:sz w:val="18"/>
              </w:rPr>
              <w:t>Quién</w:t>
            </w:r>
            <w:proofErr w:type="spellEnd"/>
            <w:r>
              <w:rPr>
                <w:b/>
                <w:color w:val="667A52"/>
                <w:sz w:val="18"/>
              </w:rPr>
              <w:t xml:space="preserve"> </w:t>
            </w:r>
            <w:proofErr w:type="spellStart"/>
            <w:r>
              <w:rPr>
                <w:b/>
                <w:color w:val="667A52"/>
                <w:sz w:val="18"/>
              </w:rPr>
              <w:t>cuida</w:t>
            </w:r>
            <w:proofErr w:type="spellEnd"/>
            <w:r>
              <w:rPr>
                <w:b/>
                <w:color w:val="667A52"/>
                <w:sz w:val="18"/>
              </w:rPr>
              <w:t xml:space="preserve"> del </w:t>
            </w:r>
            <w:proofErr w:type="spellStart"/>
            <w:r>
              <w:rPr>
                <w:b/>
                <w:color w:val="667A52"/>
                <w:sz w:val="18"/>
              </w:rPr>
              <w:t>estudiante</w:t>
            </w:r>
            <w:proofErr w:type="spellEnd"/>
            <w:r>
              <w:rPr>
                <w:b/>
                <w:color w:val="667A52"/>
                <w:sz w:val="18"/>
              </w:rPr>
              <w:t xml:space="preserve"> después de la jornada educativa?</w:t>
            </w:r>
          </w:p>
        </w:tc>
        <w:tc>
          <w:tcPr>
            <w:tcW w:w="66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D45AF6" w14:textId="77777777" w:rsidR="00B6703B" w:rsidRDefault="00B6703B" w:rsidP="005B3720"/>
        </w:tc>
      </w:tr>
    </w:tbl>
    <w:p w14:paraId="4449DE9D" w14:textId="77777777" w:rsidR="00B6703B" w:rsidRDefault="00000000" w:rsidP="005B3720">
      <w:pPr>
        <w:spacing w:before="160" w:after="80"/>
      </w:pPr>
      <w:r>
        <w:rPr>
          <w:b/>
          <w:color w:val="667A52"/>
          <w:sz w:val="24"/>
        </w:rPr>
        <w:t>2. ANTECEDENTES DE POSTULACIÓN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40"/>
        <w:gridCol w:w="6696"/>
      </w:tblGrid>
      <w:tr w:rsidR="00B6703B" w14:paraId="2CAD1889" w14:textId="77777777">
        <w:trPr>
          <w:jc w:val="center"/>
        </w:trPr>
        <w:tc>
          <w:tcPr>
            <w:tcW w:w="3240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EE109D" w14:textId="77777777" w:rsidR="00B6703B" w:rsidRDefault="00000000" w:rsidP="005B3720">
            <w:r>
              <w:rPr>
                <w:b/>
                <w:color w:val="667A52"/>
                <w:sz w:val="18"/>
              </w:rPr>
              <w:t>Persona que postula al estudiante</w:t>
            </w:r>
          </w:p>
        </w:tc>
        <w:tc>
          <w:tcPr>
            <w:tcW w:w="66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00403C" w14:textId="77777777" w:rsidR="00B6703B" w:rsidRDefault="00B6703B" w:rsidP="005B3720"/>
        </w:tc>
      </w:tr>
      <w:tr w:rsidR="00B6703B" w14:paraId="1C96C905" w14:textId="77777777">
        <w:trPr>
          <w:jc w:val="center"/>
        </w:trPr>
        <w:tc>
          <w:tcPr>
            <w:tcW w:w="3240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931857" w14:textId="77777777" w:rsidR="00B6703B" w:rsidRDefault="00000000" w:rsidP="005B3720">
            <w:r>
              <w:rPr>
                <w:b/>
                <w:color w:val="667A52"/>
                <w:sz w:val="18"/>
              </w:rPr>
              <w:t>Describa brevemente al postulante y su historia educativa</w:t>
            </w:r>
          </w:p>
        </w:tc>
        <w:tc>
          <w:tcPr>
            <w:tcW w:w="6696" w:type="dxa"/>
          </w:tcPr>
          <w:p w14:paraId="3119698B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  <w:p w14:paraId="36F2CC38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  <w:p w14:paraId="1B914834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  <w:p w14:paraId="2F8BADC9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</w:tc>
      </w:tr>
    </w:tbl>
    <w:p w14:paraId="1982B042" w14:textId="77777777" w:rsidR="005B3720" w:rsidRDefault="005B3720" w:rsidP="005B3720">
      <w:pPr>
        <w:spacing w:after="0"/>
        <w:rPr>
          <w:b/>
        </w:rPr>
      </w:pPr>
    </w:p>
    <w:p w14:paraId="2BDDEF83" w14:textId="691659DF" w:rsidR="00B6703B" w:rsidRDefault="00000000" w:rsidP="005B3720">
      <w:pPr>
        <w:spacing w:after="0"/>
      </w:pPr>
      <w:r>
        <w:rPr>
          <w:b/>
        </w:rPr>
        <w:t xml:space="preserve">¿En </w:t>
      </w:r>
      <w:proofErr w:type="spellStart"/>
      <w:r>
        <w:rPr>
          <w:b/>
        </w:rPr>
        <w:t>cuántos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establecimientos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educativos</w:t>
      </w:r>
      <w:proofErr w:type="spellEnd"/>
      <w:r>
        <w:rPr>
          <w:b/>
        </w:rPr>
        <w:t xml:space="preserve"> ha cursado los años anteriores? </w:t>
      </w:r>
      <w:r>
        <w:t>____________________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79"/>
        <w:gridCol w:w="7938"/>
        <w:gridCol w:w="1156"/>
      </w:tblGrid>
      <w:tr w:rsidR="005B3720" w14:paraId="29B96A41" w14:textId="77777777" w:rsidTr="006B0808">
        <w:trPr>
          <w:jc w:val="center"/>
        </w:trPr>
        <w:tc>
          <w:tcPr>
            <w:tcW w:w="9873" w:type="dxa"/>
            <w:gridSpan w:val="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5A4FEF" w14:textId="5BB67FAB" w:rsidR="005B3720" w:rsidRDefault="005B3720" w:rsidP="005B3720">
            <w:pPr>
              <w:jc w:val="center"/>
              <w:rPr>
                <w:b/>
                <w:color w:val="FFFFFF"/>
                <w:sz w:val="18"/>
              </w:rPr>
            </w:pPr>
            <w:r>
              <w:rPr>
                <w:b/>
                <w:color w:val="667A52"/>
              </w:rPr>
              <w:t xml:space="preserve">Datos </w:t>
            </w:r>
            <w:proofErr w:type="spellStart"/>
            <w:r>
              <w:rPr>
                <w:b/>
                <w:color w:val="667A52"/>
              </w:rPr>
              <w:t>escolares</w:t>
            </w:r>
            <w:proofErr w:type="spellEnd"/>
            <w:r>
              <w:rPr>
                <w:b/>
                <w:color w:val="667A52"/>
              </w:rPr>
              <w:t xml:space="preserve"> - </w:t>
            </w:r>
            <w:proofErr w:type="spellStart"/>
            <w:r>
              <w:rPr>
                <w:b/>
                <w:color w:val="667A52"/>
              </w:rPr>
              <w:t>últimos</w:t>
            </w:r>
            <w:proofErr w:type="spellEnd"/>
            <w:r>
              <w:rPr>
                <w:b/>
                <w:color w:val="667A52"/>
              </w:rPr>
              <w:t xml:space="preserve"> </w:t>
            </w:r>
            <w:proofErr w:type="spellStart"/>
            <w:r>
              <w:rPr>
                <w:b/>
                <w:color w:val="667A52"/>
              </w:rPr>
              <w:t>tres</w:t>
            </w:r>
            <w:proofErr w:type="spellEnd"/>
            <w:r>
              <w:rPr>
                <w:b/>
                <w:color w:val="667A52"/>
              </w:rPr>
              <w:t xml:space="preserve"> </w:t>
            </w:r>
            <w:r>
              <w:rPr>
                <w:b/>
                <w:color w:val="667A52"/>
              </w:rPr>
              <w:t xml:space="preserve"> </w:t>
            </w:r>
            <w:proofErr w:type="spellStart"/>
            <w:r>
              <w:rPr>
                <w:b/>
                <w:color w:val="667A52"/>
              </w:rPr>
              <w:t>años</w:t>
            </w:r>
            <w:proofErr w:type="spellEnd"/>
          </w:p>
        </w:tc>
      </w:tr>
      <w:tr w:rsidR="00B6703B" w14:paraId="1CCE9461" w14:textId="77777777" w:rsidTr="006B0808">
        <w:trPr>
          <w:jc w:val="center"/>
        </w:trPr>
        <w:tc>
          <w:tcPr>
            <w:tcW w:w="779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3A3CF8" w14:textId="77777777" w:rsidR="00B6703B" w:rsidRPr="005B3720" w:rsidRDefault="00000000" w:rsidP="005B3720">
            <w:pPr>
              <w:jc w:val="center"/>
              <w:rPr>
                <w:color w:val="000000" w:themeColor="text1"/>
              </w:rPr>
            </w:pPr>
            <w:r w:rsidRPr="005B3720">
              <w:rPr>
                <w:b/>
                <w:color w:val="000000" w:themeColor="text1"/>
                <w:sz w:val="18"/>
              </w:rPr>
              <w:t>Año</w:t>
            </w:r>
          </w:p>
        </w:tc>
        <w:tc>
          <w:tcPr>
            <w:tcW w:w="7938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41E1C4" w14:textId="77777777" w:rsidR="00B6703B" w:rsidRPr="005B3720" w:rsidRDefault="00000000" w:rsidP="005B3720">
            <w:pPr>
              <w:jc w:val="center"/>
              <w:rPr>
                <w:color w:val="000000" w:themeColor="text1"/>
              </w:rPr>
            </w:pPr>
            <w:r w:rsidRPr="005B3720">
              <w:rPr>
                <w:b/>
                <w:color w:val="000000" w:themeColor="text1"/>
                <w:sz w:val="18"/>
              </w:rPr>
              <w:t>Establecimiento educativo</w:t>
            </w:r>
          </w:p>
        </w:tc>
        <w:tc>
          <w:tcPr>
            <w:tcW w:w="1156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7EF6CB" w14:textId="77777777" w:rsidR="00B6703B" w:rsidRPr="005B3720" w:rsidRDefault="00000000" w:rsidP="005B3720">
            <w:pPr>
              <w:jc w:val="center"/>
              <w:rPr>
                <w:color w:val="000000" w:themeColor="text1"/>
              </w:rPr>
            </w:pPr>
            <w:r w:rsidRPr="005B3720">
              <w:rPr>
                <w:b/>
                <w:color w:val="000000" w:themeColor="text1"/>
                <w:sz w:val="18"/>
              </w:rPr>
              <w:t>Curso</w:t>
            </w:r>
          </w:p>
        </w:tc>
      </w:tr>
      <w:tr w:rsidR="00B6703B" w14:paraId="550E6E40" w14:textId="77777777" w:rsidTr="006B0808">
        <w:trPr>
          <w:jc w:val="center"/>
        </w:trPr>
        <w:tc>
          <w:tcPr>
            <w:tcW w:w="77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1EFD6B" w14:textId="77777777" w:rsidR="00B6703B" w:rsidRDefault="00000000" w:rsidP="005B3720">
            <w:pPr>
              <w:jc w:val="center"/>
            </w:pPr>
            <w:r>
              <w:rPr>
                <w:b/>
                <w:sz w:val="18"/>
              </w:rPr>
              <w:t>2026</w:t>
            </w:r>
          </w:p>
        </w:tc>
        <w:tc>
          <w:tcPr>
            <w:tcW w:w="793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ECC3D9" w14:textId="77777777" w:rsidR="00B6703B" w:rsidRDefault="00B6703B" w:rsidP="005B3720"/>
        </w:tc>
        <w:tc>
          <w:tcPr>
            <w:tcW w:w="115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22045F" w14:textId="77777777" w:rsidR="00B6703B" w:rsidRDefault="00B6703B" w:rsidP="005B3720"/>
        </w:tc>
      </w:tr>
      <w:tr w:rsidR="00B6703B" w14:paraId="1D81FCCE" w14:textId="77777777" w:rsidTr="006B0808">
        <w:trPr>
          <w:jc w:val="center"/>
        </w:trPr>
        <w:tc>
          <w:tcPr>
            <w:tcW w:w="77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A880DE" w14:textId="77777777" w:rsidR="00B6703B" w:rsidRDefault="00000000" w:rsidP="005B3720">
            <w:pPr>
              <w:jc w:val="center"/>
            </w:pPr>
            <w:r>
              <w:rPr>
                <w:b/>
                <w:sz w:val="18"/>
              </w:rPr>
              <w:t>2025</w:t>
            </w:r>
          </w:p>
        </w:tc>
        <w:tc>
          <w:tcPr>
            <w:tcW w:w="793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64828A" w14:textId="77777777" w:rsidR="00B6703B" w:rsidRDefault="00B6703B" w:rsidP="005B3720"/>
        </w:tc>
        <w:tc>
          <w:tcPr>
            <w:tcW w:w="115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F0C352" w14:textId="77777777" w:rsidR="00B6703B" w:rsidRDefault="00B6703B" w:rsidP="005B3720"/>
        </w:tc>
      </w:tr>
      <w:tr w:rsidR="00B6703B" w14:paraId="002118D8" w14:textId="77777777" w:rsidTr="006B0808">
        <w:trPr>
          <w:jc w:val="center"/>
        </w:trPr>
        <w:tc>
          <w:tcPr>
            <w:tcW w:w="77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CC2069" w14:textId="77777777" w:rsidR="00B6703B" w:rsidRDefault="00000000" w:rsidP="005B3720">
            <w:pPr>
              <w:jc w:val="center"/>
            </w:pPr>
            <w:r>
              <w:rPr>
                <w:b/>
                <w:sz w:val="18"/>
              </w:rPr>
              <w:t>2024</w:t>
            </w:r>
          </w:p>
        </w:tc>
        <w:tc>
          <w:tcPr>
            <w:tcW w:w="793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04311E" w14:textId="77777777" w:rsidR="00B6703B" w:rsidRDefault="00B6703B" w:rsidP="005B3720"/>
        </w:tc>
        <w:tc>
          <w:tcPr>
            <w:tcW w:w="115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DCFE9F" w14:textId="77777777" w:rsidR="00B6703B" w:rsidRDefault="00B6703B" w:rsidP="005B3720"/>
        </w:tc>
      </w:tr>
    </w:tbl>
    <w:p w14:paraId="0334FFA8" w14:textId="77777777" w:rsidR="00B6703B" w:rsidRDefault="00000000" w:rsidP="005B3720">
      <w:pPr>
        <w:spacing w:before="160" w:after="80"/>
      </w:pPr>
      <w:r>
        <w:rPr>
          <w:b/>
          <w:color w:val="667A52"/>
          <w:sz w:val="24"/>
        </w:rPr>
        <w:t>3. APRECIACIONES DE SU ÚLTIMO CENTRO EDUCATIVO</w:t>
      </w:r>
    </w:p>
    <w:tbl>
      <w:tblPr>
        <w:tblStyle w:val="Tablaconcuadrcula"/>
        <w:tblW w:w="0" w:type="auto"/>
        <w:tblInd w:w="374" w:type="dxa"/>
        <w:tblLook w:val="04A0" w:firstRow="1" w:lastRow="0" w:firstColumn="1" w:lastColumn="0" w:noHBand="0" w:noVBand="1"/>
      </w:tblPr>
      <w:tblGrid>
        <w:gridCol w:w="4882"/>
        <w:gridCol w:w="5256"/>
      </w:tblGrid>
      <w:tr w:rsidR="00B6703B" w14:paraId="292DE880" w14:textId="77777777" w:rsidTr="005B3720">
        <w:tc>
          <w:tcPr>
            <w:tcW w:w="4882" w:type="dxa"/>
            <w:shd w:val="clear" w:color="auto" w:fill="F8F5E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3408C47" w14:textId="77777777" w:rsidR="00B6703B" w:rsidRDefault="00000000" w:rsidP="005B3720">
            <w:proofErr w:type="spellStart"/>
            <w:r>
              <w:rPr>
                <w:b/>
                <w:color w:val="667A52"/>
                <w:sz w:val="18"/>
              </w:rPr>
              <w:t>Fortalezas</w:t>
            </w:r>
            <w:proofErr w:type="spellEnd"/>
          </w:p>
          <w:p w14:paraId="7E5234C4" w14:textId="77777777" w:rsidR="00B6703B" w:rsidRDefault="00000000" w:rsidP="005B3720">
            <w:r>
              <w:t>________________________________________________</w:t>
            </w:r>
          </w:p>
          <w:p w14:paraId="32BF4428" w14:textId="77777777" w:rsidR="00B6703B" w:rsidRDefault="00000000" w:rsidP="005B3720">
            <w:r>
              <w:t>________________________________________________</w:t>
            </w:r>
          </w:p>
        </w:tc>
        <w:tc>
          <w:tcPr>
            <w:tcW w:w="5256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EA67D3B" w14:textId="77777777" w:rsidR="00B6703B" w:rsidRDefault="00000000" w:rsidP="005B3720">
            <w:proofErr w:type="spellStart"/>
            <w:r>
              <w:rPr>
                <w:b/>
                <w:color w:val="667A52"/>
                <w:sz w:val="18"/>
              </w:rPr>
              <w:t>Oportunidades</w:t>
            </w:r>
            <w:proofErr w:type="spellEnd"/>
          </w:p>
          <w:p w14:paraId="041F4450" w14:textId="77777777" w:rsidR="00B6703B" w:rsidRDefault="00000000" w:rsidP="005B3720">
            <w:r>
              <w:t>________________________________________________</w:t>
            </w:r>
          </w:p>
          <w:p w14:paraId="3E8C588D" w14:textId="77777777" w:rsidR="00B6703B" w:rsidRDefault="00000000" w:rsidP="005B3720">
            <w:r>
              <w:t>________________________________________________</w:t>
            </w:r>
          </w:p>
        </w:tc>
      </w:tr>
      <w:tr w:rsidR="00B6703B" w14:paraId="2917AF6F" w14:textId="77777777" w:rsidTr="005B3720">
        <w:tc>
          <w:tcPr>
            <w:tcW w:w="4882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13D30B8" w14:textId="77777777" w:rsidR="00B6703B" w:rsidRDefault="00000000" w:rsidP="005B3720">
            <w:proofErr w:type="spellStart"/>
            <w:r>
              <w:rPr>
                <w:b/>
                <w:color w:val="667A52"/>
                <w:sz w:val="18"/>
              </w:rPr>
              <w:t>Debilidades</w:t>
            </w:r>
            <w:proofErr w:type="spellEnd"/>
          </w:p>
          <w:p w14:paraId="0382E1DB" w14:textId="77777777" w:rsidR="00B6703B" w:rsidRDefault="00000000" w:rsidP="005B3720">
            <w:r>
              <w:t>________________________________________________</w:t>
            </w:r>
          </w:p>
          <w:p w14:paraId="4F1F4E52" w14:textId="77777777" w:rsidR="00B6703B" w:rsidRDefault="00000000" w:rsidP="005B3720">
            <w:r>
              <w:t>________________________________________________</w:t>
            </w:r>
          </w:p>
        </w:tc>
        <w:tc>
          <w:tcPr>
            <w:tcW w:w="5256" w:type="dxa"/>
            <w:shd w:val="clear" w:color="auto" w:fill="F8F5E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D1F421" w14:textId="77777777" w:rsidR="005B3720" w:rsidRDefault="005B3720" w:rsidP="005B3720">
            <w:proofErr w:type="spellStart"/>
            <w:r>
              <w:rPr>
                <w:b/>
                <w:color w:val="667A52"/>
                <w:sz w:val="18"/>
              </w:rPr>
              <w:t>Información</w:t>
            </w:r>
            <w:proofErr w:type="spellEnd"/>
            <w:r>
              <w:rPr>
                <w:b/>
                <w:color w:val="667A52"/>
                <w:sz w:val="18"/>
              </w:rPr>
              <w:t xml:space="preserve"> </w:t>
            </w:r>
            <w:proofErr w:type="spellStart"/>
            <w:r>
              <w:rPr>
                <w:b/>
                <w:color w:val="667A52"/>
                <w:sz w:val="18"/>
              </w:rPr>
              <w:t>relevante</w:t>
            </w:r>
            <w:proofErr w:type="spellEnd"/>
            <w:r>
              <w:rPr>
                <w:b/>
                <w:color w:val="667A52"/>
                <w:sz w:val="18"/>
              </w:rPr>
              <w:t xml:space="preserve"> </w:t>
            </w:r>
            <w:proofErr w:type="spellStart"/>
            <w:r>
              <w:rPr>
                <w:b/>
                <w:color w:val="667A52"/>
                <w:sz w:val="18"/>
              </w:rPr>
              <w:t>entregada</w:t>
            </w:r>
            <w:proofErr w:type="spellEnd"/>
            <w:r>
              <w:rPr>
                <w:b/>
                <w:color w:val="667A52"/>
                <w:sz w:val="18"/>
              </w:rPr>
              <w:t xml:space="preserve"> </w:t>
            </w:r>
            <w:proofErr w:type="spellStart"/>
            <w:r>
              <w:rPr>
                <w:b/>
                <w:color w:val="667A52"/>
                <w:sz w:val="18"/>
              </w:rPr>
              <w:t>por</w:t>
            </w:r>
            <w:proofErr w:type="spellEnd"/>
            <w:r>
              <w:rPr>
                <w:b/>
                <w:color w:val="667A52"/>
                <w:sz w:val="18"/>
              </w:rPr>
              <w:t xml:space="preserve"> </w:t>
            </w:r>
            <w:proofErr w:type="spellStart"/>
            <w:r>
              <w:rPr>
                <w:b/>
                <w:color w:val="667A52"/>
                <w:sz w:val="18"/>
              </w:rPr>
              <w:t>el</w:t>
            </w:r>
            <w:proofErr w:type="spellEnd"/>
            <w:r>
              <w:rPr>
                <w:b/>
                <w:color w:val="667A52"/>
                <w:sz w:val="18"/>
              </w:rPr>
              <w:t xml:space="preserve"> </w:t>
            </w:r>
            <w:proofErr w:type="spellStart"/>
            <w:r>
              <w:rPr>
                <w:b/>
                <w:color w:val="667A52"/>
                <w:sz w:val="18"/>
              </w:rPr>
              <w:t>centro</w:t>
            </w:r>
            <w:proofErr w:type="spellEnd"/>
            <w:r>
              <w:rPr>
                <w:b/>
                <w:color w:val="667A52"/>
                <w:sz w:val="18"/>
              </w:rPr>
              <w:t xml:space="preserve"> anterior</w:t>
            </w:r>
          </w:p>
          <w:p w14:paraId="248F6BC8" w14:textId="77777777" w:rsidR="005B3720" w:rsidRDefault="005B3720" w:rsidP="005B3720">
            <w:r>
              <w:t>________________________________________________</w:t>
            </w:r>
          </w:p>
          <w:p w14:paraId="43AEEF1B" w14:textId="2D26B0AC" w:rsidR="00B6703B" w:rsidRDefault="005B3720" w:rsidP="005B3720">
            <w:r>
              <w:t>________________________________________________</w:t>
            </w:r>
          </w:p>
        </w:tc>
      </w:tr>
      <w:tr w:rsidR="00B6703B" w14:paraId="635582FB" w14:textId="77777777" w:rsidTr="005B3720">
        <w:tc>
          <w:tcPr>
            <w:tcW w:w="4882" w:type="dxa"/>
            <w:shd w:val="clear" w:color="auto" w:fill="F8F5E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CB1F9E3" w14:textId="77777777" w:rsidR="00B6703B" w:rsidRDefault="00000000" w:rsidP="005B3720">
            <w:r>
              <w:rPr>
                <w:b/>
                <w:color w:val="667A52"/>
                <w:sz w:val="18"/>
              </w:rPr>
              <w:t xml:space="preserve">¿Cómo era su </w:t>
            </w:r>
            <w:proofErr w:type="spellStart"/>
            <w:r>
              <w:rPr>
                <w:b/>
                <w:color w:val="667A52"/>
                <w:sz w:val="18"/>
              </w:rPr>
              <w:t>adaptación</w:t>
            </w:r>
            <w:proofErr w:type="spellEnd"/>
            <w:r>
              <w:rPr>
                <w:b/>
                <w:color w:val="667A52"/>
                <w:sz w:val="18"/>
              </w:rPr>
              <w:t xml:space="preserve"> al </w:t>
            </w:r>
            <w:proofErr w:type="spellStart"/>
            <w:r>
              <w:rPr>
                <w:b/>
                <w:color w:val="667A52"/>
                <w:sz w:val="18"/>
              </w:rPr>
              <w:t>espacio</w:t>
            </w:r>
            <w:proofErr w:type="spellEnd"/>
            <w:r>
              <w:rPr>
                <w:b/>
                <w:color w:val="667A52"/>
                <w:sz w:val="18"/>
              </w:rPr>
              <w:t xml:space="preserve"> </w:t>
            </w:r>
            <w:proofErr w:type="spellStart"/>
            <w:r>
              <w:rPr>
                <w:b/>
                <w:color w:val="667A52"/>
                <w:sz w:val="18"/>
              </w:rPr>
              <w:t>educativo</w:t>
            </w:r>
            <w:proofErr w:type="spellEnd"/>
            <w:r>
              <w:rPr>
                <w:b/>
                <w:color w:val="667A52"/>
                <w:sz w:val="18"/>
              </w:rPr>
              <w:t>?</w:t>
            </w:r>
          </w:p>
          <w:p w14:paraId="22CC34A9" w14:textId="77777777" w:rsidR="00B6703B" w:rsidRDefault="00000000" w:rsidP="005B3720">
            <w:r>
              <w:t>________________________________________________</w:t>
            </w:r>
          </w:p>
          <w:p w14:paraId="0F0CFDE8" w14:textId="77777777" w:rsidR="00B6703B" w:rsidRDefault="00000000" w:rsidP="005B3720">
            <w:r>
              <w:t>________________________________________________</w:t>
            </w:r>
          </w:p>
        </w:tc>
        <w:tc>
          <w:tcPr>
            <w:tcW w:w="5256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0755DD7" w14:textId="77777777" w:rsidR="00B6703B" w:rsidRDefault="00000000" w:rsidP="005B3720">
            <w:r>
              <w:rPr>
                <w:b/>
                <w:color w:val="667A52"/>
                <w:sz w:val="18"/>
              </w:rPr>
              <w:t xml:space="preserve">¿Cómo se relacionaba con pares y </w:t>
            </w:r>
            <w:proofErr w:type="spellStart"/>
            <w:r>
              <w:rPr>
                <w:b/>
                <w:color w:val="667A52"/>
                <w:sz w:val="18"/>
              </w:rPr>
              <w:t>adultos</w:t>
            </w:r>
            <w:proofErr w:type="spellEnd"/>
            <w:r>
              <w:rPr>
                <w:b/>
                <w:color w:val="667A52"/>
                <w:sz w:val="18"/>
              </w:rPr>
              <w:t>?</w:t>
            </w:r>
          </w:p>
          <w:p w14:paraId="319DA931" w14:textId="77777777" w:rsidR="00B6703B" w:rsidRDefault="00000000" w:rsidP="005B3720">
            <w:r>
              <w:t>________________________________________________</w:t>
            </w:r>
          </w:p>
          <w:p w14:paraId="08709D77" w14:textId="77777777" w:rsidR="00B6703B" w:rsidRDefault="00000000" w:rsidP="005B3720">
            <w:r>
              <w:t>________________________________________________</w:t>
            </w:r>
          </w:p>
        </w:tc>
      </w:tr>
    </w:tbl>
    <w:p w14:paraId="1CE582B5" w14:textId="77777777" w:rsidR="005B3720" w:rsidRDefault="005B3720" w:rsidP="005B3720">
      <w:pPr>
        <w:spacing w:before="160" w:after="80"/>
        <w:rPr>
          <w:b/>
          <w:color w:val="667A52"/>
          <w:sz w:val="24"/>
        </w:rPr>
      </w:pPr>
    </w:p>
    <w:p w14:paraId="3A416C43" w14:textId="543F567B" w:rsidR="00B6703B" w:rsidRPr="005B3720" w:rsidRDefault="00000000" w:rsidP="005B3720">
      <w:pPr>
        <w:spacing w:before="160" w:after="80"/>
        <w:rPr>
          <w:b/>
          <w:color w:val="667A52"/>
          <w:sz w:val="24"/>
        </w:rPr>
      </w:pPr>
      <w:r>
        <w:rPr>
          <w:b/>
          <w:color w:val="667A52"/>
          <w:sz w:val="24"/>
        </w:rPr>
        <w:lastRenderedPageBreak/>
        <w:t>4. DATOS FAMILIARES</w:t>
      </w:r>
    </w:p>
    <w:p w14:paraId="7AE32C77" w14:textId="77777777" w:rsidR="00B6703B" w:rsidRDefault="00000000" w:rsidP="005B3720">
      <w:r>
        <w:t>Personas que conforman el grupo familiar y/o personas con quienes vive el niño, niña o adolescente.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52"/>
        <w:gridCol w:w="1701"/>
        <w:gridCol w:w="1131"/>
        <w:gridCol w:w="2696"/>
      </w:tblGrid>
      <w:tr w:rsidR="00B6703B" w14:paraId="4A4FCE23" w14:textId="77777777" w:rsidTr="005B3720">
        <w:tc>
          <w:tcPr>
            <w:tcW w:w="5052" w:type="dxa"/>
            <w:shd w:val="clear" w:color="auto" w:fill="667A5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2DC12C" w14:textId="77777777" w:rsidR="00B6703B" w:rsidRDefault="00000000" w:rsidP="005B3720">
            <w:pPr>
              <w:jc w:val="center"/>
            </w:pPr>
            <w:r>
              <w:rPr>
                <w:b/>
                <w:color w:val="FFFFFF"/>
                <w:sz w:val="18"/>
              </w:rPr>
              <w:t>Nombre</w:t>
            </w:r>
          </w:p>
        </w:tc>
        <w:tc>
          <w:tcPr>
            <w:tcW w:w="1701" w:type="dxa"/>
            <w:shd w:val="clear" w:color="auto" w:fill="667A5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589D10" w14:textId="77777777" w:rsidR="00B6703B" w:rsidRDefault="00000000" w:rsidP="005B3720">
            <w:pPr>
              <w:jc w:val="center"/>
            </w:pPr>
            <w:r>
              <w:rPr>
                <w:b/>
                <w:color w:val="FFFFFF"/>
                <w:sz w:val="18"/>
              </w:rPr>
              <w:t>Parentesco</w:t>
            </w:r>
          </w:p>
        </w:tc>
        <w:tc>
          <w:tcPr>
            <w:tcW w:w="1131" w:type="dxa"/>
            <w:shd w:val="clear" w:color="auto" w:fill="667A5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8E2DD3" w14:textId="77777777" w:rsidR="00B6703B" w:rsidRDefault="00000000" w:rsidP="005B3720">
            <w:pPr>
              <w:jc w:val="center"/>
            </w:pPr>
            <w:r>
              <w:rPr>
                <w:b/>
                <w:color w:val="FFFFFF"/>
                <w:sz w:val="18"/>
              </w:rPr>
              <w:t>Edad</w:t>
            </w:r>
          </w:p>
        </w:tc>
        <w:tc>
          <w:tcPr>
            <w:tcW w:w="2696" w:type="dxa"/>
            <w:shd w:val="clear" w:color="auto" w:fill="667A5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80EEA5" w14:textId="77777777" w:rsidR="00B6703B" w:rsidRDefault="00000000" w:rsidP="005B3720">
            <w:pPr>
              <w:jc w:val="center"/>
            </w:pPr>
            <w:r>
              <w:rPr>
                <w:b/>
                <w:color w:val="FFFFFF"/>
                <w:sz w:val="18"/>
              </w:rPr>
              <w:t>Actividad / profesión</w:t>
            </w:r>
          </w:p>
        </w:tc>
      </w:tr>
      <w:tr w:rsidR="00B6703B" w14:paraId="3937C8A9" w14:textId="77777777" w:rsidTr="005B3720">
        <w:tc>
          <w:tcPr>
            <w:tcW w:w="505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A3F645" w14:textId="77777777" w:rsidR="00B6703B" w:rsidRDefault="00B6703B" w:rsidP="005B3720"/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2BAD67" w14:textId="77777777" w:rsidR="00B6703B" w:rsidRDefault="00B6703B" w:rsidP="005B3720"/>
        </w:tc>
        <w:tc>
          <w:tcPr>
            <w:tcW w:w="113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A81752" w14:textId="77777777" w:rsidR="00B6703B" w:rsidRDefault="00B6703B" w:rsidP="005B3720"/>
        </w:tc>
        <w:tc>
          <w:tcPr>
            <w:tcW w:w="26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936288" w14:textId="77777777" w:rsidR="00B6703B" w:rsidRDefault="00B6703B" w:rsidP="005B3720"/>
        </w:tc>
      </w:tr>
      <w:tr w:rsidR="00B6703B" w14:paraId="7E740749" w14:textId="77777777" w:rsidTr="005B3720">
        <w:tc>
          <w:tcPr>
            <w:tcW w:w="505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19C4CA" w14:textId="77777777" w:rsidR="00B6703B" w:rsidRDefault="00B6703B" w:rsidP="005B3720"/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9F3CE4" w14:textId="77777777" w:rsidR="00B6703B" w:rsidRDefault="00B6703B" w:rsidP="005B3720"/>
        </w:tc>
        <w:tc>
          <w:tcPr>
            <w:tcW w:w="113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EFE9EB" w14:textId="77777777" w:rsidR="00B6703B" w:rsidRDefault="00B6703B" w:rsidP="005B3720"/>
        </w:tc>
        <w:tc>
          <w:tcPr>
            <w:tcW w:w="26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EDB637" w14:textId="77777777" w:rsidR="00B6703B" w:rsidRDefault="00B6703B" w:rsidP="005B3720"/>
        </w:tc>
      </w:tr>
      <w:tr w:rsidR="00B6703B" w14:paraId="107003BA" w14:textId="77777777" w:rsidTr="005B3720">
        <w:tc>
          <w:tcPr>
            <w:tcW w:w="505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487B46" w14:textId="77777777" w:rsidR="00B6703B" w:rsidRDefault="00B6703B" w:rsidP="005B3720"/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ADFABB" w14:textId="77777777" w:rsidR="00B6703B" w:rsidRDefault="00B6703B" w:rsidP="005B3720"/>
        </w:tc>
        <w:tc>
          <w:tcPr>
            <w:tcW w:w="113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78AAA7" w14:textId="77777777" w:rsidR="00B6703B" w:rsidRDefault="00B6703B" w:rsidP="005B3720"/>
        </w:tc>
        <w:tc>
          <w:tcPr>
            <w:tcW w:w="26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37B6E3" w14:textId="77777777" w:rsidR="00B6703B" w:rsidRDefault="00B6703B" w:rsidP="005B3720"/>
        </w:tc>
      </w:tr>
      <w:tr w:rsidR="00B6703B" w14:paraId="1CE1B0F5" w14:textId="77777777" w:rsidTr="005B3720">
        <w:tc>
          <w:tcPr>
            <w:tcW w:w="505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4BA135" w14:textId="77777777" w:rsidR="00B6703B" w:rsidRDefault="00B6703B" w:rsidP="005B3720"/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742F4A" w14:textId="77777777" w:rsidR="00B6703B" w:rsidRDefault="00B6703B" w:rsidP="005B3720"/>
        </w:tc>
        <w:tc>
          <w:tcPr>
            <w:tcW w:w="113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471D34" w14:textId="77777777" w:rsidR="00B6703B" w:rsidRDefault="00B6703B" w:rsidP="005B3720"/>
        </w:tc>
        <w:tc>
          <w:tcPr>
            <w:tcW w:w="26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37F5E9" w14:textId="77777777" w:rsidR="00B6703B" w:rsidRDefault="00B6703B" w:rsidP="005B3720"/>
        </w:tc>
      </w:tr>
      <w:tr w:rsidR="00B6703B" w14:paraId="203B3C70" w14:textId="77777777" w:rsidTr="005B3720">
        <w:tc>
          <w:tcPr>
            <w:tcW w:w="505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4E5B28" w14:textId="77777777" w:rsidR="00B6703B" w:rsidRDefault="00B6703B" w:rsidP="005B3720"/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0BD130" w14:textId="77777777" w:rsidR="00B6703B" w:rsidRDefault="00B6703B" w:rsidP="005B3720"/>
        </w:tc>
        <w:tc>
          <w:tcPr>
            <w:tcW w:w="113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651F77" w14:textId="77777777" w:rsidR="00B6703B" w:rsidRDefault="00B6703B" w:rsidP="005B3720"/>
        </w:tc>
        <w:tc>
          <w:tcPr>
            <w:tcW w:w="26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74E9D5" w14:textId="77777777" w:rsidR="00B6703B" w:rsidRDefault="00B6703B" w:rsidP="005B3720"/>
        </w:tc>
      </w:tr>
    </w:tbl>
    <w:p w14:paraId="3FB48163" w14:textId="77777777" w:rsidR="005B3720" w:rsidRDefault="005B3720" w:rsidP="005B3720">
      <w:pPr>
        <w:spacing w:after="0"/>
        <w:rPr>
          <w:b/>
          <w:color w:val="667A52"/>
        </w:rPr>
      </w:pPr>
    </w:p>
    <w:p w14:paraId="2B80020F" w14:textId="55AF4345" w:rsidR="00B6703B" w:rsidRDefault="00000000" w:rsidP="005B3720">
      <w:pPr>
        <w:spacing w:after="0"/>
      </w:pPr>
      <w:r>
        <w:rPr>
          <w:b/>
          <w:color w:val="667A52"/>
          <w:sz w:val="24"/>
        </w:rPr>
        <w:t>5. EXPECTATIVAS RESPECTO DE COMUNIDAD EDUCATIVA KUSIKAY</w:t>
      </w:r>
    </w:p>
    <w:p w14:paraId="68DBC7D2" w14:textId="77777777" w:rsidR="00B6703B" w:rsidRDefault="00000000" w:rsidP="005B3720">
      <w:pPr>
        <w:spacing w:after="0"/>
      </w:pPr>
      <w:r>
        <w:t>Describa brevemente qué espera de los siguientes aspectos de nuestra comunidad: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19"/>
        <w:gridCol w:w="7431"/>
      </w:tblGrid>
      <w:tr w:rsidR="00B6703B" w14:paraId="35EDDCA8" w14:textId="77777777" w:rsidTr="005B3720">
        <w:trPr>
          <w:jc w:val="center"/>
        </w:trPr>
        <w:tc>
          <w:tcPr>
            <w:tcW w:w="3219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8DC357" w14:textId="77777777" w:rsidR="00B6703B" w:rsidRDefault="00000000" w:rsidP="005B3720">
            <w:r>
              <w:rPr>
                <w:b/>
                <w:color w:val="667A52"/>
                <w:sz w:val="18"/>
              </w:rPr>
              <w:t xml:space="preserve">Espacio </w:t>
            </w:r>
            <w:proofErr w:type="spellStart"/>
            <w:r>
              <w:rPr>
                <w:b/>
                <w:color w:val="667A52"/>
                <w:sz w:val="18"/>
              </w:rPr>
              <w:t>físico</w:t>
            </w:r>
            <w:proofErr w:type="spellEnd"/>
            <w:r>
              <w:rPr>
                <w:b/>
                <w:color w:val="667A52"/>
                <w:sz w:val="18"/>
              </w:rPr>
              <w:t xml:space="preserve"> e </w:t>
            </w:r>
            <w:proofErr w:type="spellStart"/>
            <w:r>
              <w:rPr>
                <w:b/>
                <w:color w:val="667A52"/>
                <w:sz w:val="18"/>
              </w:rPr>
              <w:t>infraestructura</w:t>
            </w:r>
            <w:proofErr w:type="spellEnd"/>
          </w:p>
        </w:tc>
        <w:tc>
          <w:tcPr>
            <w:tcW w:w="7431" w:type="dxa"/>
          </w:tcPr>
          <w:p w14:paraId="238BCAB5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  <w:p w14:paraId="44EC3D06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</w:tc>
      </w:tr>
      <w:tr w:rsidR="00B6703B" w14:paraId="35C5CA66" w14:textId="77777777" w:rsidTr="005B3720">
        <w:trPr>
          <w:jc w:val="center"/>
        </w:trPr>
        <w:tc>
          <w:tcPr>
            <w:tcW w:w="3219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36EBD5" w14:textId="77777777" w:rsidR="00B6703B" w:rsidRDefault="00000000" w:rsidP="005B3720">
            <w:r>
              <w:rPr>
                <w:b/>
                <w:color w:val="667A52"/>
                <w:sz w:val="18"/>
              </w:rPr>
              <w:t>Educadores y educadoras</w:t>
            </w:r>
          </w:p>
        </w:tc>
        <w:tc>
          <w:tcPr>
            <w:tcW w:w="7431" w:type="dxa"/>
          </w:tcPr>
          <w:p w14:paraId="3301F2D7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  <w:p w14:paraId="6CCDFF3D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</w:tc>
      </w:tr>
      <w:tr w:rsidR="00B6703B" w14:paraId="3A3AB72C" w14:textId="77777777" w:rsidTr="005B3720">
        <w:trPr>
          <w:jc w:val="center"/>
        </w:trPr>
        <w:tc>
          <w:tcPr>
            <w:tcW w:w="3219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F27741" w14:textId="77777777" w:rsidR="00B6703B" w:rsidRDefault="00000000" w:rsidP="005B3720">
            <w:r>
              <w:rPr>
                <w:b/>
                <w:color w:val="667A52"/>
                <w:sz w:val="18"/>
              </w:rPr>
              <w:t>Equipo directivo</w:t>
            </w:r>
          </w:p>
        </w:tc>
        <w:tc>
          <w:tcPr>
            <w:tcW w:w="7431" w:type="dxa"/>
          </w:tcPr>
          <w:p w14:paraId="13D5EE67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  <w:p w14:paraId="1127AD94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</w:tc>
      </w:tr>
      <w:tr w:rsidR="00B6703B" w14:paraId="7232CF2F" w14:textId="77777777" w:rsidTr="005B3720">
        <w:trPr>
          <w:jc w:val="center"/>
        </w:trPr>
        <w:tc>
          <w:tcPr>
            <w:tcW w:w="3219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91D37F" w14:textId="77777777" w:rsidR="00B6703B" w:rsidRDefault="00000000" w:rsidP="005B3720">
            <w:r>
              <w:rPr>
                <w:b/>
                <w:color w:val="667A52"/>
                <w:sz w:val="18"/>
              </w:rPr>
              <w:t>Relación con padres, madres y apoderados</w:t>
            </w:r>
          </w:p>
        </w:tc>
        <w:tc>
          <w:tcPr>
            <w:tcW w:w="7431" w:type="dxa"/>
          </w:tcPr>
          <w:p w14:paraId="6A6B9809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  <w:p w14:paraId="3CB47680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</w:tc>
      </w:tr>
      <w:tr w:rsidR="00B6703B" w14:paraId="6311D198" w14:textId="77777777" w:rsidTr="005B3720">
        <w:trPr>
          <w:jc w:val="center"/>
        </w:trPr>
        <w:tc>
          <w:tcPr>
            <w:tcW w:w="3219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43313E" w14:textId="77777777" w:rsidR="00B6703B" w:rsidRDefault="00000000" w:rsidP="005B3720">
            <w:r>
              <w:rPr>
                <w:b/>
                <w:color w:val="667A52"/>
                <w:sz w:val="18"/>
              </w:rPr>
              <w:t>Normas de funcionamiento y convivencia</w:t>
            </w:r>
          </w:p>
        </w:tc>
        <w:tc>
          <w:tcPr>
            <w:tcW w:w="7431" w:type="dxa"/>
          </w:tcPr>
          <w:p w14:paraId="06C4D20C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  <w:p w14:paraId="47BAC484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</w:tc>
      </w:tr>
      <w:tr w:rsidR="00B6703B" w14:paraId="629969C3" w14:textId="77777777" w:rsidTr="005B3720">
        <w:trPr>
          <w:jc w:val="center"/>
        </w:trPr>
        <w:tc>
          <w:tcPr>
            <w:tcW w:w="3219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A2A5A9" w14:textId="77777777" w:rsidR="00B6703B" w:rsidRDefault="00000000" w:rsidP="005B3720">
            <w:r>
              <w:rPr>
                <w:b/>
                <w:color w:val="667A52"/>
                <w:sz w:val="18"/>
              </w:rPr>
              <w:t>Aprendizaje</w:t>
            </w:r>
          </w:p>
        </w:tc>
        <w:tc>
          <w:tcPr>
            <w:tcW w:w="7431" w:type="dxa"/>
          </w:tcPr>
          <w:p w14:paraId="23BA1E63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  <w:p w14:paraId="362C7536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</w:tc>
      </w:tr>
      <w:tr w:rsidR="00B6703B" w14:paraId="5CE63C6A" w14:textId="77777777" w:rsidTr="005B3720">
        <w:trPr>
          <w:jc w:val="center"/>
        </w:trPr>
        <w:tc>
          <w:tcPr>
            <w:tcW w:w="3219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7B532E" w14:textId="77777777" w:rsidR="00B6703B" w:rsidRDefault="00000000" w:rsidP="005B3720">
            <w:r>
              <w:rPr>
                <w:b/>
                <w:color w:val="667A52"/>
                <w:sz w:val="18"/>
              </w:rPr>
              <w:t>Relaciones entre los integrantes de la comunidad</w:t>
            </w:r>
          </w:p>
        </w:tc>
        <w:tc>
          <w:tcPr>
            <w:tcW w:w="7431" w:type="dxa"/>
          </w:tcPr>
          <w:p w14:paraId="4032D06C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  <w:p w14:paraId="7872885C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</w:tc>
      </w:tr>
      <w:tr w:rsidR="00B6703B" w14:paraId="57FFA7A9" w14:textId="77777777" w:rsidTr="005B3720">
        <w:trPr>
          <w:jc w:val="center"/>
        </w:trPr>
        <w:tc>
          <w:tcPr>
            <w:tcW w:w="3219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A88641" w14:textId="77777777" w:rsidR="00B6703B" w:rsidRDefault="00000000" w:rsidP="005B3720">
            <w:r>
              <w:rPr>
                <w:b/>
                <w:color w:val="667A52"/>
                <w:sz w:val="18"/>
              </w:rPr>
              <w:t>Relaciones entre estudiantes</w:t>
            </w:r>
          </w:p>
        </w:tc>
        <w:tc>
          <w:tcPr>
            <w:tcW w:w="7431" w:type="dxa"/>
          </w:tcPr>
          <w:p w14:paraId="6733139F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  <w:p w14:paraId="2D84BAD1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</w:tc>
      </w:tr>
    </w:tbl>
    <w:p w14:paraId="05CFE008" w14:textId="77777777" w:rsidR="00B6703B" w:rsidRDefault="00000000" w:rsidP="005B3720">
      <w:pPr>
        <w:spacing w:before="160" w:after="80"/>
      </w:pPr>
      <w:r>
        <w:rPr>
          <w:b/>
          <w:color w:val="667A52"/>
          <w:sz w:val="24"/>
        </w:rPr>
        <w:t>6. NECESIDADES EDUCATIVAS Y APOYOS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159"/>
        <w:gridCol w:w="7388"/>
      </w:tblGrid>
      <w:tr w:rsidR="00B6703B" w14:paraId="349FE9DC" w14:textId="77777777" w:rsidTr="005B3720">
        <w:trPr>
          <w:trHeight w:val="407"/>
          <w:jc w:val="center"/>
        </w:trPr>
        <w:tc>
          <w:tcPr>
            <w:tcW w:w="3159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D23A06" w14:textId="77777777" w:rsidR="00B6703B" w:rsidRDefault="00000000" w:rsidP="005B3720">
            <w:r>
              <w:rPr>
                <w:b/>
                <w:color w:val="667A52"/>
                <w:sz w:val="18"/>
              </w:rPr>
              <w:t xml:space="preserve">¿Presenta </w:t>
            </w:r>
            <w:proofErr w:type="spellStart"/>
            <w:r>
              <w:rPr>
                <w:b/>
                <w:color w:val="667A52"/>
                <w:sz w:val="18"/>
              </w:rPr>
              <w:t>necesidades</w:t>
            </w:r>
            <w:proofErr w:type="spellEnd"/>
            <w:r>
              <w:rPr>
                <w:b/>
                <w:color w:val="667A52"/>
                <w:sz w:val="18"/>
              </w:rPr>
              <w:t xml:space="preserve"> </w:t>
            </w:r>
            <w:proofErr w:type="spellStart"/>
            <w:r>
              <w:rPr>
                <w:b/>
                <w:color w:val="667A52"/>
                <w:sz w:val="18"/>
              </w:rPr>
              <w:t>educativas</w:t>
            </w:r>
            <w:proofErr w:type="spellEnd"/>
            <w:r>
              <w:rPr>
                <w:b/>
                <w:color w:val="667A52"/>
                <w:sz w:val="18"/>
              </w:rPr>
              <w:t xml:space="preserve"> </w:t>
            </w:r>
            <w:proofErr w:type="spellStart"/>
            <w:r>
              <w:rPr>
                <w:b/>
                <w:color w:val="667A52"/>
                <w:sz w:val="18"/>
              </w:rPr>
              <w:t>especiales</w:t>
            </w:r>
            <w:proofErr w:type="spellEnd"/>
            <w:r>
              <w:rPr>
                <w:b/>
                <w:color w:val="667A52"/>
                <w:sz w:val="18"/>
              </w:rPr>
              <w:t xml:space="preserve"> (NEE)?</w:t>
            </w:r>
          </w:p>
        </w:tc>
        <w:tc>
          <w:tcPr>
            <w:tcW w:w="73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08A49D" w14:textId="77777777" w:rsidR="00B6703B" w:rsidRDefault="00000000" w:rsidP="005B3720">
            <w:r>
              <w:rPr>
                <w:sz w:val="18"/>
              </w:rPr>
              <w:t>☐ No     ☐ Sí     Nombre/diagnóstico: __________________________</w:t>
            </w:r>
            <w:r>
              <w:rPr>
                <w:sz w:val="18"/>
              </w:rPr>
              <w:br/>
              <w:t>Grado o nivel de apoyo requerido: __________________________</w:t>
            </w:r>
          </w:p>
        </w:tc>
      </w:tr>
      <w:tr w:rsidR="00B6703B" w14:paraId="4469F62B" w14:textId="77777777" w:rsidTr="005B3720">
        <w:trPr>
          <w:trHeight w:val="203"/>
          <w:jc w:val="center"/>
        </w:trPr>
        <w:tc>
          <w:tcPr>
            <w:tcW w:w="3159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DB7A0E" w14:textId="77777777" w:rsidR="00B6703B" w:rsidRDefault="00000000" w:rsidP="005B3720">
            <w:r>
              <w:rPr>
                <w:b/>
                <w:color w:val="667A52"/>
                <w:sz w:val="18"/>
              </w:rPr>
              <w:t>Tratamiento(s) médico(s) actual(es)</w:t>
            </w:r>
          </w:p>
        </w:tc>
        <w:tc>
          <w:tcPr>
            <w:tcW w:w="73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E662D1" w14:textId="77777777" w:rsidR="00B6703B" w:rsidRDefault="00000000" w:rsidP="005B3720">
            <w:r>
              <w:rPr>
                <w:sz w:val="18"/>
              </w:rPr>
              <w:t>____________________________________________________________</w:t>
            </w:r>
          </w:p>
        </w:tc>
      </w:tr>
      <w:tr w:rsidR="00B6703B" w14:paraId="4024054E" w14:textId="77777777" w:rsidTr="005B3720">
        <w:trPr>
          <w:trHeight w:val="203"/>
          <w:jc w:val="center"/>
        </w:trPr>
        <w:tc>
          <w:tcPr>
            <w:tcW w:w="3159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15AE68" w14:textId="77777777" w:rsidR="00B6703B" w:rsidRDefault="00000000" w:rsidP="005B3720">
            <w:r>
              <w:rPr>
                <w:b/>
                <w:color w:val="667A52"/>
                <w:sz w:val="18"/>
              </w:rPr>
              <w:t>Apoyo terapéutico</w:t>
            </w:r>
          </w:p>
        </w:tc>
        <w:tc>
          <w:tcPr>
            <w:tcW w:w="73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D09D01" w14:textId="77777777" w:rsidR="00B6703B" w:rsidRDefault="00000000" w:rsidP="005B3720">
            <w:r>
              <w:rPr>
                <w:sz w:val="18"/>
              </w:rPr>
              <w:t>Tipo: __________________________   Frecuencia: __________________</w:t>
            </w:r>
          </w:p>
        </w:tc>
      </w:tr>
      <w:tr w:rsidR="00B6703B" w14:paraId="186DBF13" w14:textId="77777777" w:rsidTr="005B3720">
        <w:trPr>
          <w:trHeight w:val="407"/>
          <w:jc w:val="center"/>
        </w:trPr>
        <w:tc>
          <w:tcPr>
            <w:tcW w:w="3159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EC684A" w14:textId="77777777" w:rsidR="00B6703B" w:rsidRDefault="00000000" w:rsidP="005B3720">
            <w:r>
              <w:rPr>
                <w:b/>
                <w:color w:val="667A52"/>
                <w:sz w:val="18"/>
              </w:rPr>
              <w:t>¿Adjunta informes médicos y/o terapéuticos?</w:t>
            </w:r>
          </w:p>
        </w:tc>
        <w:tc>
          <w:tcPr>
            <w:tcW w:w="73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69A863" w14:textId="77777777" w:rsidR="00B6703B" w:rsidRDefault="00000000" w:rsidP="005B3720">
            <w:r>
              <w:rPr>
                <w:sz w:val="18"/>
              </w:rPr>
              <w:t>☐ Sí     ☐ No</w:t>
            </w:r>
          </w:p>
        </w:tc>
      </w:tr>
      <w:tr w:rsidR="00B6703B" w14:paraId="6E9F264A" w14:textId="77777777" w:rsidTr="005B3720">
        <w:trPr>
          <w:trHeight w:val="203"/>
          <w:jc w:val="center"/>
        </w:trPr>
        <w:tc>
          <w:tcPr>
            <w:tcW w:w="3159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47FEF7" w14:textId="77777777" w:rsidR="00B6703B" w:rsidRDefault="00000000" w:rsidP="005B3720">
            <w:r>
              <w:rPr>
                <w:b/>
                <w:color w:val="667A52"/>
                <w:sz w:val="18"/>
              </w:rPr>
              <w:t>Profesional médico a cargo</w:t>
            </w:r>
          </w:p>
        </w:tc>
        <w:tc>
          <w:tcPr>
            <w:tcW w:w="73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0D1302" w14:textId="77777777" w:rsidR="00B6703B" w:rsidRDefault="00000000" w:rsidP="005B3720">
            <w:r>
              <w:rPr>
                <w:sz w:val="18"/>
              </w:rPr>
              <w:t>____________________________________________________________</w:t>
            </w:r>
          </w:p>
        </w:tc>
      </w:tr>
      <w:tr w:rsidR="00B6703B" w14:paraId="6B0D741B" w14:textId="77777777" w:rsidTr="005B3720">
        <w:trPr>
          <w:trHeight w:val="407"/>
          <w:jc w:val="center"/>
        </w:trPr>
        <w:tc>
          <w:tcPr>
            <w:tcW w:w="3159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8CDABE" w14:textId="77777777" w:rsidR="00B6703B" w:rsidRDefault="00000000" w:rsidP="005B3720">
            <w:r>
              <w:rPr>
                <w:b/>
                <w:color w:val="667A52"/>
                <w:sz w:val="18"/>
              </w:rPr>
              <w:t>Terapeutas / profesionales de apoyo</w:t>
            </w:r>
          </w:p>
        </w:tc>
        <w:tc>
          <w:tcPr>
            <w:tcW w:w="73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B0A096" w14:textId="77777777" w:rsidR="00B6703B" w:rsidRDefault="00000000" w:rsidP="005B3720">
            <w:r>
              <w:rPr>
                <w:sz w:val="18"/>
              </w:rPr>
              <w:t>____________________________________________________________</w:t>
            </w:r>
          </w:p>
        </w:tc>
      </w:tr>
      <w:tr w:rsidR="00B6703B" w14:paraId="1967E4F2" w14:textId="77777777" w:rsidTr="005B3720">
        <w:trPr>
          <w:trHeight w:val="545"/>
          <w:jc w:val="center"/>
        </w:trPr>
        <w:tc>
          <w:tcPr>
            <w:tcW w:w="3159" w:type="dxa"/>
            <w:shd w:val="clear" w:color="auto" w:fill="E9EEE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2C12EF" w14:textId="77777777" w:rsidR="00B6703B" w:rsidRDefault="00000000" w:rsidP="005B3720">
            <w:proofErr w:type="spellStart"/>
            <w:r>
              <w:rPr>
                <w:b/>
                <w:color w:val="667A52"/>
                <w:sz w:val="18"/>
              </w:rPr>
              <w:lastRenderedPageBreak/>
              <w:t>Información</w:t>
            </w:r>
            <w:proofErr w:type="spellEnd"/>
            <w:r>
              <w:rPr>
                <w:b/>
                <w:color w:val="667A52"/>
                <w:sz w:val="18"/>
              </w:rPr>
              <w:t xml:space="preserve"> </w:t>
            </w:r>
            <w:proofErr w:type="spellStart"/>
            <w:r>
              <w:rPr>
                <w:b/>
                <w:color w:val="667A52"/>
                <w:sz w:val="18"/>
              </w:rPr>
              <w:t>relevante</w:t>
            </w:r>
            <w:proofErr w:type="spellEnd"/>
            <w:r>
              <w:rPr>
                <w:b/>
                <w:color w:val="667A52"/>
                <w:sz w:val="18"/>
              </w:rPr>
              <w:t xml:space="preserve"> para </w:t>
            </w:r>
            <w:proofErr w:type="spellStart"/>
            <w:r>
              <w:rPr>
                <w:b/>
                <w:color w:val="667A52"/>
                <w:sz w:val="18"/>
              </w:rPr>
              <w:t>su</w:t>
            </w:r>
            <w:proofErr w:type="spellEnd"/>
            <w:r>
              <w:rPr>
                <w:b/>
                <w:color w:val="667A52"/>
                <w:sz w:val="18"/>
              </w:rPr>
              <w:t xml:space="preserve"> acompañamiento</w:t>
            </w:r>
          </w:p>
        </w:tc>
        <w:tc>
          <w:tcPr>
            <w:tcW w:w="7388" w:type="dxa"/>
          </w:tcPr>
          <w:p w14:paraId="7BDF6703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  <w:p w14:paraId="447FD899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  <w:p w14:paraId="77A53ED2" w14:textId="77777777" w:rsidR="00B6703B" w:rsidRDefault="00000000" w:rsidP="005B3720">
            <w:pPr>
              <w:spacing w:after="60"/>
            </w:pPr>
            <w:r>
              <w:t>________________________________________________________________</w:t>
            </w:r>
          </w:p>
        </w:tc>
      </w:tr>
    </w:tbl>
    <w:p w14:paraId="41C6C58C" w14:textId="59E33929" w:rsidR="00B6703B" w:rsidRPr="005B3720" w:rsidRDefault="00000000" w:rsidP="005B3720">
      <w:pPr>
        <w:rPr>
          <w:b/>
        </w:rPr>
      </w:pPr>
      <w:r w:rsidRPr="005B3720">
        <w:rPr>
          <w:b/>
          <w:color w:val="667A52"/>
        </w:rPr>
        <w:t xml:space="preserve">IMPORTANTE: </w:t>
      </w:r>
      <w:proofErr w:type="spellStart"/>
      <w:r w:rsidRPr="005B3720">
        <w:rPr>
          <w:b/>
        </w:rPr>
        <w:t>Cuando</w:t>
      </w:r>
      <w:proofErr w:type="spellEnd"/>
      <w:r w:rsidRPr="005B3720">
        <w:rPr>
          <w:b/>
        </w:rPr>
        <w:t xml:space="preserve"> </w:t>
      </w:r>
      <w:proofErr w:type="spellStart"/>
      <w:r w:rsidRPr="005B3720">
        <w:rPr>
          <w:b/>
        </w:rPr>
        <w:t>corresponda</w:t>
      </w:r>
      <w:proofErr w:type="spellEnd"/>
      <w:r w:rsidRPr="005B3720">
        <w:rPr>
          <w:b/>
        </w:rPr>
        <w:t xml:space="preserve">, se </w:t>
      </w:r>
      <w:proofErr w:type="spellStart"/>
      <w:r w:rsidRPr="005B3720">
        <w:rPr>
          <w:b/>
        </w:rPr>
        <w:t>deben</w:t>
      </w:r>
      <w:proofErr w:type="spellEnd"/>
      <w:r w:rsidRPr="005B3720">
        <w:rPr>
          <w:b/>
        </w:rPr>
        <w:t xml:space="preserve"> adjuntar los informes actualizados de los profesionales tratantes.</w:t>
      </w:r>
    </w:p>
    <w:p w14:paraId="01955717" w14:textId="77777777" w:rsidR="00B6703B" w:rsidRDefault="00000000" w:rsidP="005B3720">
      <w:pPr>
        <w:spacing w:before="160" w:after="80"/>
      </w:pPr>
      <w:r>
        <w:rPr>
          <w:b/>
          <w:color w:val="667A52"/>
          <w:sz w:val="24"/>
        </w:rPr>
        <w:t>7. CONOCIENDO A LA FAMILIA Y AL POSTULANTE</w:t>
      </w:r>
    </w:p>
    <w:p w14:paraId="593ACEEB" w14:textId="77777777" w:rsidR="00B6703B" w:rsidRDefault="00000000" w:rsidP="005B3720">
      <w:pPr>
        <w:spacing w:after="0"/>
      </w:pPr>
      <w:r>
        <w:rPr>
          <w:b/>
        </w:rPr>
        <w:t>¿Por qué postulan a Comunidad Educativa Kusikay?</w:t>
      </w:r>
    </w:p>
    <w:p w14:paraId="4020E4BD" w14:textId="263E3BAA" w:rsidR="00B6703B" w:rsidRDefault="00000000" w:rsidP="005B3720">
      <w:pPr>
        <w:spacing w:after="0"/>
      </w:pPr>
      <w:r>
        <w:t>__________________________________________________________________________</w:t>
      </w:r>
      <w:r w:rsidR="005B3720">
        <w:t>__________________________________</w:t>
      </w:r>
      <w:r>
        <w:t>______</w:t>
      </w:r>
    </w:p>
    <w:p w14:paraId="48F40405" w14:textId="2F58918B" w:rsidR="00B6703B" w:rsidRDefault="00000000" w:rsidP="005B3720">
      <w:pPr>
        <w:spacing w:after="0"/>
      </w:pPr>
      <w:r>
        <w:t>_________________________________________________________</w:t>
      </w:r>
      <w:r w:rsidR="005B3720">
        <w:t>__________________________________</w:t>
      </w:r>
      <w:r>
        <w:t>_______________________</w:t>
      </w:r>
    </w:p>
    <w:p w14:paraId="6034E23C" w14:textId="77777777" w:rsidR="00B6703B" w:rsidRDefault="00000000" w:rsidP="005B3720">
      <w:pPr>
        <w:spacing w:after="0"/>
      </w:pPr>
      <w:r>
        <w:rPr>
          <w:b/>
        </w:rPr>
        <w:t>¿</w:t>
      </w:r>
      <w:proofErr w:type="spellStart"/>
      <w:r>
        <w:rPr>
          <w:b/>
        </w:rPr>
        <w:t>Qué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saben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qué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entienden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educación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alternativa</w:t>
      </w:r>
      <w:proofErr w:type="spellEnd"/>
      <w:r>
        <w:rPr>
          <w:b/>
        </w:rPr>
        <w:t>?</w:t>
      </w:r>
    </w:p>
    <w:p w14:paraId="321A6270" w14:textId="77777777" w:rsidR="005B3720" w:rsidRDefault="005B3720" w:rsidP="005B3720">
      <w:pPr>
        <w:spacing w:after="0"/>
      </w:pPr>
      <w:r>
        <w:t>__________________________________________________________________________________________________________________</w:t>
      </w:r>
    </w:p>
    <w:p w14:paraId="4636446D" w14:textId="79F82112" w:rsidR="005B3720" w:rsidRDefault="005B3720" w:rsidP="005B3720">
      <w:pPr>
        <w:spacing w:after="0"/>
      </w:pPr>
      <w:r>
        <w:t>__________________________________________________________________________________________________________________</w:t>
      </w:r>
    </w:p>
    <w:p w14:paraId="675E5C01" w14:textId="77777777" w:rsidR="00B6703B" w:rsidRDefault="00000000" w:rsidP="005B3720">
      <w:pPr>
        <w:spacing w:after="0"/>
      </w:pPr>
      <w:r>
        <w:rPr>
          <w:b/>
        </w:rPr>
        <w:t>¿</w:t>
      </w:r>
      <w:proofErr w:type="spellStart"/>
      <w:r>
        <w:rPr>
          <w:b/>
        </w:rPr>
        <w:t>Cómo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conocieron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nuestro</w:t>
      </w:r>
      <w:proofErr w:type="spellEnd"/>
      <w:r>
        <w:rPr>
          <w:b/>
        </w:rPr>
        <w:t xml:space="preserve"> Espacio Educativo Kusikay?</w:t>
      </w:r>
    </w:p>
    <w:p w14:paraId="29FC774B" w14:textId="2DDB54CC" w:rsidR="00B6703B" w:rsidRDefault="00000000" w:rsidP="005B3720">
      <w:pPr>
        <w:spacing w:after="0"/>
      </w:pPr>
      <w:r>
        <w:t>__________________________________</w:t>
      </w:r>
      <w:r w:rsidR="005B3720">
        <w:t>__________________________________</w:t>
      </w:r>
      <w:r>
        <w:t>______________________________________________</w:t>
      </w:r>
    </w:p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10652"/>
      </w:tblGrid>
      <w:tr w:rsidR="005B3720" w:rsidRPr="005B3720" w14:paraId="35AD3EE9" w14:textId="77777777" w:rsidTr="005B37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2" w:type="dxa"/>
          </w:tcPr>
          <w:p w14:paraId="13A17FB7" w14:textId="77777777" w:rsidR="005B3720" w:rsidRPr="005B3720" w:rsidRDefault="005B3720" w:rsidP="005B3720">
            <w:pPr>
              <w:spacing w:before="160" w:after="80"/>
            </w:pPr>
            <w:r w:rsidRPr="005B3720">
              <w:rPr>
                <w:color w:val="667A52"/>
                <w:sz w:val="24"/>
              </w:rPr>
              <w:t>8. ACTIVIDADES DEPORTIVAS, ARTÍSTICAS Y OTROS INTERESES</w:t>
            </w:r>
          </w:p>
        </w:tc>
      </w:tr>
      <w:tr w:rsidR="005B3720" w:rsidRPr="005B3720" w14:paraId="603DAA24" w14:textId="77777777" w:rsidTr="005B3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2" w:type="dxa"/>
          </w:tcPr>
          <w:p w14:paraId="3A4405A7" w14:textId="77777777" w:rsidR="005B3720" w:rsidRDefault="005B3720" w:rsidP="005B3720">
            <w:pPr>
              <w:rPr>
                <w:color w:val="000000" w:themeColor="text1"/>
              </w:rPr>
            </w:pPr>
            <w:r w:rsidRPr="005B3720">
              <w:rPr>
                <w:b w:val="0"/>
                <w:bCs w:val="0"/>
                <w:color w:val="000000" w:themeColor="text1"/>
              </w:rPr>
              <w:t xml:space="preserve">Si 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el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 xml:space="preserve">/la 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postulante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 xml:space="preserve"> practica 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algún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 xml:space="preserve"> 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deporte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 xml:space="preserve"> o actividad artística, cultural u 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otra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 xml:space="preserve">, 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descríbala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>:</w:t>
            </w:r>
          </w:p>
          <w:p w14:paraId="525349A9" w14:textId="77777777" w:rsidR="005B3720" w:rsidRPr="005B3720" w:rsidRDefault="005B3720" w:rsidP="005B3720">
            <w:pPr>
              <w:rPr>
                <w:b w:val="0"/>
                <w:bCs w:val="0"/>
                <w:color w:val="000000" w:themeColor="text1"/>
              </w:rPr>
            </w:pPr>
          </w:p>
        </w:tc>
      </w:tr>
      <w:tr w:rsidR="005B3720" w:rsidRPr="005B3720" w14:paraId="13EB1DCB" w14:textId="77777777" w:rsidTr="005B3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2" w:type="dxa"/>
          </w:tcPr>
          <w:p w14:paraId="38B50770" w14:textId="77777777" w:rsidR="005B3720" w:rsidRPr="005B3720" w:rsidRDefault="005B3720" w:rsidP="005B3720">
            <w:pPr>
              <w:rPr>
                <w:b w:val="0"/>
                <w:bCs w:val="0"/>
                <w:color w:val="000000" w:themeColor="text1"/>
              </w:rPr>
            </w:pP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Actividad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>: ____________________________________________</w:t>
            </w:r>
          </w:p>
        </w:tc>
      </w:tr>
      <w:tr w:rsidR="005B3720" w:rsidRPr="005B3720" w14:paraId="3F0E19D5" w14:textId="77777777" w:rsidTr="005B3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2" w:type="dxa"/>
          </w:tcPr>
          <w:p w14:paraId="3DE2C0E0" w14:textId="77777777" w:rsidR="005B3720" w:rsidRPr="005B3720" w:rsidRDefault="005B3720" w:rsidP="005B3720">
            <w:pPr>
              <w:rPr>
                <w:b w:val="0"/>
                <w:bCs w:val="0"/>
                <w:color w:val="000000" w:themeColor="text1"/>
              </w:rPr>
            </w:pPr>
            <w:r w:rsidRPr="005B3720">
              <w:rPr>
                <w:b w:val="0"/>
                <w:bCs w:val="0"/>
                <w:color w:val="000000" w:themeColor="text1"/>
              </w:rPr>
              <w:t xml:space="preserve">Días y 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horarios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>: _______________________________________</w:t>
            </w:r>
          </w:p>
        </w:tc>
      </w:tr>
      <w:tr w:rsidR="005B3720" w:rsidRPr="005B3720" w14:paraId="2F151F6D" w14:textId="77777777" w:rsidTr="005B3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2" w:type="dxa"/>
          </w:tcPr>
          <w:p w14:paraId="1B01CCA9" w14:textId="77777777" w:rsidR="005B3720" w:rsidRPr="005B3720" w:rsidRDefault="005B3720" w:rsidP="005B3720">
            <w:pPr>
              <w:rPr>
                <w:b w:val="0"/>
                <w:bCs w:val="0"/>
                <w:color w:val="000000" w:themeColor="text1"/>
              </w:rPr>
            </w:pPr>
            <w:r w:rsidRPr="005B3720">
              <w:rPr>
                <w:b w:val="0"/>
                <w:bCs w:val="0"/>
                <w:color w:val="000000" w:themeColor="text1"/>
              </w:rPr>
              <w:t>¿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Influye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 xml:space="preserve"> o 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podría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 xml:space="preserve"> 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influir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 xml:space="preserve"> 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en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 xml:space="preserve"> 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su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 xml:space="preserve"> 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asistencia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 xml:space="preserve"> o jornada 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educativa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 xml:space="preserve">?  ☐ No   ☐ 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Sí</w:t>
            </w:r>
            <w:proofErr w:type="spellEnd"/>
          </w:p>
        </w:tc>
      </w:tr>
      <w:tr w:rsidR="005B3720" w:rsidRPr="005B3720" w14:paraId="76E589FD" w14:textId="77777777" w:rsidTr="005B3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2" w:type="dxa"/>
          </w:tcPr>
          <w:p w14:paraId="58635CA2" w14:textId="77777777" w:rsidR="005B3720" w:rsidRPr="005B3720" w:rsidRDefault="005B3720" w:rsidP="005B3720">
            <w:pPr>
              <w:rPr>
                <w:b w:val="0"/>
                <w:bCs w:val="0"/>
                <w:color w:val="000000" w:themeColor="text1"/>
              </w:rPr>
            </w:pP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Explique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>: _________________________________________________________________________</w:t>
            </w:r>
          </w:p>
        </w:tc>
      </w:tr>
      <w:tr w:rsidR="005B3720" w:rsidRPr="005B3720" w14:paraId="1416CCC9" w14:textId="77777777" w:rsidTr="005B3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2" w:type="dxa"/>
          </w:tcPr>
          <w:p w14:paraId="5EEBB8A0" w14:textId="77777777" w:rsidR="005B3720" w:rsidRPr="005B3720" w:rsidRDefault="005B3720" w:rsidP="005B3720">
            <w:pPr>
              <w:rPr>
                <w:b w:val="0"/>
                <w:bCs w:val="0"/>
                <w:color w:val="000000" w:themeColor="text1"/>
              </w:rPr>
            </w:pPr>
            <w:r w:rsidRPr="005B3720">
              <w:rPr>
                <w:b w:val="0"/>
                <w:bCs w:val="0"/>
                <w:color w:val="000000" w:themeColor="text1"/>
              </w:rPr>
              <w:t>¿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Requiere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 xml:space="preserve"> 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algún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 xml:space="preserve"> 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tipo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 xml:space="preserve"> de apoyo o flexibilidad por parte de Kusikay?  ☐ No   ☐ 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Sí</w:t>
            </w:r>
            <w:proofErr w:type="spellEnd"/>
          </w:p>
        </w:tc>
      </w:tr>
      <w:tr w:rsidR="005B3720" w:rsidRPr="005B3720" w14:paraId="255918EB" w14:textId="77777777" w:rsidTr="005B3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2" w:type="dxa"/>
          </w:tcPr>
          <w:p w14:paraId="49BAFBC2" w14:textId="77777777" w:rsidR="005B3720" w:rsidRPr="005B3720" w:rsidRDefault="005B3720" w:rsidP="005B3720">
            <w:pPr>
              <w:rPr>
                <w:b w:val="0"/>
                <w:bCs w:val="0"/>
                <w:color w:val="000000" w:themeColor="text1"/>
              </w:rPr>
            </w:pPr>
            <w:r w:rsidRPr="005B3720">
              <w:rPr>
                <w:b w:val="0"/>
                <w:bCs w:val="0"/>
                <w:color w:val="000000" w:themeColor="text1"/>
              </w:rPr>
              <w:t>¿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Qué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 xml:space="preserve"> 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tipo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 xml:space="preserve"> de </w:t>
            </w:r>
            <w:proofErr w:type="spellStart"/>
            <w:r w:rsidRPr="005B3720">
              <w:rPr>
                <w:b w:val="0"/>
                <w:bCs w:val="0"/>
                <w:color w:val="000000" w:themeColor="text1"/>
              </w:rPr>
              <w:t>apoyo</w:t>
            </w:r>
            <w:proofErr w:type="spellEnd"/>
            <w:r w:rsidRPr="005B3720">
              <w:rPr>
                <w:b w:val="0"/>
                <w:bCs w:val="0"/>
                <w:color w:val="000000" w:themeColor="text1"/>
              </w:rPr>
              <w:t>? ________________________________________________________________</w:t>
            </w:r>
          </w:p>
        </w:tc>
      </w:tr>
    </w:tbl>
    <w:p w14:paraId="1CF83B7E" w14:textId="77777777" w:rsidR="00B6703B" w:rsidRDefault="00000000" w:rsidP="005B3720">
      <w:pPr>
        <w:spacing w:before="160" w:after="80"/>
      </w:pPr>
      <w:r>
        <w:rPr>
          <w:b/>
          <w:color w:val="667A52"/>
          <w:sz w:val="24"/>
        </w:rPr>
        <w:t>9. DOCUMENTOS QUE DEBE ADJUNTAR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56"/>
        <w:gridCol w:w="5256"/>
      </w:tblGrid>
      <w:tr w:rsidR="00B6703B" w14:paraId="09EFD9E0" w14:textId="77777777">
        <w:tc>
          <w:tcPr>
            <w:tcW w:w="5256" w:type="dxa"/>
            <w:shd w:val="clear" w:color="auto" w:fill="F8F5EC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0F0944" w14:textId="77777777" w:rsidR="00B6703B" w:rsidRDefault="00000000" w:rsidP="005B3720">
            <w:r>
              <w:rPr>
                <w:sz w:val="18"/>
              </w:rPr>
              <w:t>☐ Certificado de nacimiento</w:t>
            </w:r>
          </w:p>
        </w:tc>
        <w:tc>
          <w:tcPr>
            <w:tcW w:w="5256" w:type="dxa"/>
            <w:shd w:val="clear" w:color="auto" w:fill="F8F5EC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E37442" w14:textId="77777777" w:rsidR="00B6703B" w:rsidRDefault="00000000" w:rsidP="005B3720">
            <w:r>
              <w:rPr>
                <w:sz w:val="18"/>
              </w:rPr>
              <w:t>Observación: ____________________________________</w:t>
            </w:r>
          </w:p>
        </w:tc>
      </w:tr>
      <w:tr w:rsidR="00B6703B" w14:paraId="7DF1B72F" w14:textId="77777777">
        <w:tc>
          <w:tcPr>
            <w:tcW w:w="525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862E4E" w14:textId="77777777" w:rsidR="00B6703B" w:rsidRDefault="00000000" w:rsidP="005B3720">
            <w:r>
              <w:rPr>
                <w:sz w:val="18"/>
              </w:rPr>
              <w:t>☐ Informe de notas, si corresponde</w:t>
            </w:r>
          </w:p>
        </w:tc>
        <w:tc>
          <w:tcPr>
            <w:tcW w:w="525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AB4E90" w14:textId="77777777" w:rsidR="00B6703B" w:rsidRDefault="00000000" w:rsidP="005B3720">
            <w:r>
              <w:rPr>
                <w:sz w:val="18"/>
              </w:rPr>
              <w:t>Observación: ____________________________________</w:t>
            </w:r>
          </w:p>
        </w:tc>
      </w:tr>
      <w:tr w:rsidR="00B6703B" w14:paraId="72BA3527" w14:textId="77777777">
        <w:tc>
          <w:tcPr>
            <w:tcW w:w="5256" w:type="dxa"/>
            <w:shd w:val="clear" w:color="auto" w:fill="F8F5EC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0D9437" w14:textId="77777777" w:rsidR="00B6703B" w:rsidRDefault="00000000" w:rsidP="005B3720">
            <w:r>
              <w:rPr>
                <w:sz w:val="18"/>
              </w:rPr>
              <w:t>☐ Informe de personalidad</w:t>
            </w:r>
          </w:p>
        </w:tc>
        <w:tc>
          <w:tcPr>
            <w:tcW w:w="5256" w:type="dxa"/>
            <w:shd w:val="clear" w:color="auto" w:fill="F8F5EC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FBCB7C" w14:textId="77777777" w:rsidR="00B6703B" w:rsidRDefault="00000000" w:rsidP="005B3720">
            <w:r>
              <w:rPr>
                <w:sz w:val="18"/>
              </w:rPr>
              <w:t>Observación: ____________________________________</w:t>
            </w:r>
          </w:p>
        </w:tc>
      </w:tr>
      <w:tr w:rsidR="00B6703B" w14:paraId="3DAFBCA6" w14:textId="77777777">
        <w:tc>
          <w:tcPr>
            <w:tcW w:w="525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960297" w14:textId="77777777" w:rsidR="00B6703B" w:rsidRDefault="00000000" w:rsidP="005B3720">
            <w:r>
              <w:rPr>
                <w:sz w:val="18"/>
              </w:rPr>
              <w:t>☐ Informes de diagnóstico y/o tratamiento, si corresponde</w:t>
            </w:r>
          </w:p>
        </w:tc>
        <w:tc>
          <w:tcPr>
            <w:tcW w:w="525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EE4A93" w14:textId="77777777" w:rsidR="00B6703B" w:rsidRDefault="00000000" w:rsidP="005B3720">
            <w:r>
              <w:rPr>
                <w:sz w:val="18"/>
              </w:rPr>
              <w:t>Observación: ____________________________________</w:t>
            </w:r>
          </w:p>
        </w:tc>
      </w:tr>
      <w:tr w:rsidR="00B6703B" w14:paraId="0D02E9F9" w14:textId="77777777">
        <w:tc>
          <w:tcPr>
            <w:tcW w:w="5256" w:type="dxa"/>
            <w:shd w:val="clear" w:color="auto" w:fill="F8F5EC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E4FE94" w14:textId="77777777" w:rsidR="00B6703B" w:rsidRDefault="00000000" w:rsidP="005B3720">
            <w:r>
              <w:rPr>
                <w:sz w:val="18"/>
              </w:rPr>
              <w:t>☐ Informes terapéuticos, si corresponde</w:t>
            </w:r>
          </w:p>
        </w:tc>
        <w:tc>
          <w:tcPr>
            <w:tcW w:w="5256" w:type="dxa"/>
            <w:shd w:val="clear" w:color="auto" w:fill="F8F5EC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07382E" w14:textId="77777777" w:rsidR="00B6703B" w:rsidRDefault="00000000" w:rsidP="005B3720">
            <w:r>
              <w:rPr>
                <w:sz w:val="18"/>
              </w:rPr>
              <w:t>Observación: ____________________________________</w:t>
            </w:r>
          </w:p>
        </w:tc>
      </w:tr>
      <w:tr w:rsidR="00B6703B" w14:paraId="0A6CA7E6" w14:textId="77777777">
        <w:tc>
          <w:tcPr>
            <w:tcW w:w="525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D69DD8" w14:textId="77777777" w:rsidR="00B6703B" w:rsidRDefault="00000000" w:rsidP="005B3720">
            <w:r>
              <w:rPr>
                <w:sz w:val="18"/>
              </w:rPr>
              <w:t>☐ Otros antecedentes relevantes</w:t>
            </w:r>
          </w:p>
        </w:tc>
        <w:tc>
          <w:tcPr>
            <w:tcW w:w="525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724924" w14:textId="77777777" w:rsidR="00B6703B" w:rsidRDefault="00000000" w:rsidP="005B3720">
            <w:r>
              <w:rPr>
                <w:sz w:val="18"/>
              </w:rPr>
              <w:t>Observación: ____________________________________</w:t>
            </w:r>
          </w:p>
        </w:tc>
      </w:tr>
    </w:tbl>
    <w:p w14:paraId="0571D06A" w14:textId="77777777" w:rsidR="00B6703B" w:rsidRDefault="00000000" w:rsidP="005B3720">
      <w:pPr>
        <w:spacing w:before="160" w:after="80"/>
      </w:pPr>
      <w:r>
        <w:rPr>
          <w:b/>
          <w:color w:val="667A52"/>
          <w:sz w:val="24"/>
        </w:rPr>
        <w:t>10. INFORMACIÓN IMPORTANTE SOBRE EL PROCESO DE ADMISIÓN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512"/>
      </w:tblGrid>
      <w:tr w:rsidR="00B6703B" w14:paraId="4C67606D" w14:textId="77777777">
        <w:tc>
          <w:tcPr>
            <w:tcW w:w="10512" w:type="dxa"/>
            <w:shd w:val="clear" w:color="auto" w:fill="E9EEE3"/>
          </w:tcPr>
          <w:p w14:paraId="7A552C46" w14:textId="77777777" w:rsidR="00B6703B" w:rsidRDefault="00000000" w:rsidP="005B3720">
            <w:pPr>
              <w:spacing w:after="100"/>
            </w:pPr>
            <w:r>
              <w:t>• Comunidad Educativa Kusikay realiza procesos de admisión durante todo el año académico; por esta razón, la disponibilidad de cupos puede variar durante el proceso.</w:t>
            </w:r>
          </w:p>
          <w:p w14:paraId="30907B5B" w14:textId="77777777" w:rsidR="00B6703B" w:rsidRDefault="00000000" w:rsidP="005B3720">
            <w:pPr>
              <w:spacing w:after="100"/>
            </w:pPr>
            <w:r>
              <w:t>• El envío de esta ficha da inicio al proceso de postulación, pero no asegura la reserva de una vacante.</w:t>
            </w:r>
          </w:p>
          <w:p w14:paraId="31D92A8D" w14:textId="77777777" w:rsidR="00B6703B" w:rsidRDefault="00000000" w:rsidP="005B3720">
            <w:pPr>
              <w:spacing w:after="100"/>
            </w:pPr>
            <w:r>
              <w:t>• Las vacantes disponibles pueden completarse mientras el proceso de admisión se encuentra en curso.</w:t>
            </w:r>
          </w:p>
          <w:p w14:paraId="73422A8D" w14:textId="77777777" w:rsidR="00B6703B" w:rsidRDefault="00000000" w:rsidP="005B3720">
            <w:pPr>
              <w:spacing w:after="100"/>
            </w:pPr>
            <w:r>
              <w:t>• La familia declara que la información entregada en esta ficha es veraz y que informará oportunamente cualquier antecedente relevante para el acompañamiento del/la postulante.</w:t>
            </w:r>
          </w:p>
        </w:tc>
      </w:tr>
    </w:tbl>
    <w:p w14:paraId="70C4474B" w14:textId="77777777" w:rsidR="006B0808" w:rsidRDefault="006B0808" w:rsidP="005B3720">
      <w:pPr>
        <w:spacing w:after="0"/>
      </w:pPr>
    </w:p>
    <w:p w14:paraId="13103683" w14:textId="797AA2CB" w:rsidR="00B6703B" w:rsidRDefault="00000000" w:rsidP="005B3720">
      <w:pPr>
        <w:spacing w:after="0"/>
      </w:pPr>
      <w:r>
        <w:t xml:space="preserve">Nombre del </w:t>
      </w:r>
      <w:proofErr w:type="spellStart"/>
      <w:r>
        <w:t>apoderado</w:t>
      </w:r>
      <w:proofErr w:type="spellEnd"/>
      <w:r>
        <w:t>/a: __________________________________________________________</w:t>
      </w:r>
    </w:p>
    <w:p w14:paraId="7007FF20" w14:textId="77777777" w:rsidR="00B6703B" w:rsidRDefault="00000000" w:rsidP="005B3720">
      <w:pPr>
        <w:spacing w:after="0"/>
      </w:pPr>
      <w:r>
        <w:t>RUT: ___________________________________   Teléfono: ______________________________</w:t>
      </w:r>
    </w:p>
    <w:p w14:paraId="337D8AB2" w14:textId="69EF7F67" w:rsidR="00B6703B" w:rsidRDefault="00000000" w:rsidP="005B3720">
      <w:pPr>
        <w:spacing w:after="0"/>
      </w:pPr>
      <w:r>
        <w:t xml:space="preserve">Correo </w:t>
      </w:r>
      <w:proofErr w:type="spellStart"/>
      <w:r>
        <w:t>electrónico</w:t>
      </w:r>
      <w:proofErr w:type="spellEnd"/>
      <w:r>
        <w:t>: ______________________________________________________________</w:t>
      </w:r>
      <w:r>
        <w:br/>
      </w:r>
      <w:proofErr w:type="spellStart"/>
      <w:r>
        <w:t>Firma</w:t>
      </w:r>
      <w:proofErr w:type="spellEnd"/>
      <w:r>
        <w:t xml:space="preserve">: __________________________________   </w:t>
      </w:r>
      <w:proofErr w:type="spellStart"/>
      <w:r>
        <w:t>Fecha</w:t>
      </w:r>
      <w:proofErr w:type="spellEnd"/>
      <w:r>
        <w:t>: _________________________________</w:t>
      </w:r>
    </w:p>
    <w:sectPr w:rsidR="00B6703B" w:rsidSect="00034616">
      <w:footerReference w:type="default" r:id="rId9"/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5A299" w14:textId="77777777" w:rsidR="00B94FF2" w:rsidRDefault="00B94FF2">
      <w:pPr>
        <w:spacing w:after="0" w:line="240" w:lineRule="auto"/>
      </w:pPr>
      <w:r>
        <w:separator/>
      </w:r>
    </w:p>
  </w:endnote>
  <w:endnote w:type="continuationSeparator" w:id="0">
    <w:p w14:paraId="0DB54F2F" w14:textId="77777777" w:rsidR="00B94FF2" w:rsidRDefault="00B94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C029" w14:textId="77777777" w:rsidR="00B6703B" w:rsidRDefault="00000000">
    <w:pPr>
      <w:pStyle w:val="Piedepgina"/>
      <w:jc w:val="center"/>
    </w:pPr>
    <w:proofErr w:type="spellStart"/>
    <w:r>
      <w:rPr>
        <w:color w:val="667A52"/>
        <w:sz w:val="16"/>
      </w:rPr>
      <w:t>Comunidad</w:t>
    </w:r>
    <w:proofErr w:type="spellEnd"/>
    <w:r>
      <w:rPr>
        <w:color w:val="667A52"/>
        <w:sz w:val="16"/>
      </w:rPr>
      <w:t xml:space="preserve"> </w:t>
    </w:r>
    <w:proofErr w:type="spellStart"/>
    <w:r>
      <w:rPr>
        <w:color w:val="667A52"/>
        <w:sz w:val="16"/>
      </w:rPr>
      <w:t>Educativa</w:t>
    </w:r>
    <w:proofErr w:type="spellEnd"/>
    <w:r>
      <w:rPr>
        <w:color w:val="667A52"/>
        <w:sz w:val="16"/>
      </w:rPr>
      <w:t xml:space="preserve"> Kusikay · </w:t>
    </w:r>
    <w:proofErr w:type="spellStart"/>
    <w:r>
      <w:rPr>
        <w:color w:val="667A52"/>
        <w:sz w:val="16"/>
      </w:rPr>
      <w:t>Ficha</w:t>
    </w:r>
    <w:proofErr w:type="spellEnd"/>
    <w:r>
      <w:rPr>
        <w:color w:val="667A52"/>
        <w:sz w:val="16"/>
      </w:rPr>
      <w:t xml:space="preserve"> de </w:t>
    </w:r>
    <w:proofErr w:type="spellStart"/>
    <w:r>
      <w:rPr>
        <w:color w:val="667A52"/>
        <w:sz w:val="16"/>
      </w:rPr>
      <w:t>Postulación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B8FF1" w14:textId="77777777" w:rsidR="00B94FF2" w:rsidRDefault="00B94FF2">
      <w:pPr>
        <w:spacing w:after="0" w:line="240" w:lineRule="auto"/>
      </w:pPr>
      <w:r>
        <w:separator/>
      </w:r>
    </w:p>
  </w:footnote>
  <w:footnote w:type="continuationSeparator" w:id="0">
    <w:p w14:paraId="4C70EE0F" w14:textId="77777777" w:rsidR="00B94FF2" w:rsidRDefault="00B94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4867847">
    <w:abstractNumId w:val="8"/>
  </w:num>
  <w:num w:numId="2" w16cid:durableId="43532993">
    <w:abstractNumId w:val="6"/>
  </w:num>
  <w:num w:numId="3" w16cid:durableId="1441682808">
    <w:abstractNumId w:val="5"/>
  </w:num>
  <w:num w:numId="4" w16cid:durableId="1203400263">
    <w:abstractNumId w:val="4"/>
  </w:num>
  <w:num w:numId="5" w16cid:durableId="1007517535">
    <w:abstractNumId w:val="7"/>
  </w:num>
  <w:num w:numId="6" w16cid:durableId="1256792006">
    <w:abstractNumId w:val="3"/>
  </w:num>
  <w:num w:numId="7" w16cid:durableId="993609209">
    <w:abstractNumId w:val="2"/>
  </w:num>
  <w:num w:numId="8" w16cid:durableId="1393498756">
    <w:abstractNumId w:val="1"/>
  </w:num>
  <w:num w:numId="9" w16cid:durableId="671221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B3720"/>
    <w:rsid w:val="006B0808"/>
    <w:rsid w:val="007A59EE"/>
    <w:rsid w:val="00AA1D8D"/>
    <w:rsid w:val="00B47730"/>
    <w:rsid w:val="00B6703B"/>
    <w:rsid w:val="00B94FF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3912D6"/>
  <w14:defaultImageDpi w14:val="300"/>
  <w15:docId w15:val="{E5E75F73-A15A-FB4B-9938-5BE59F3EA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laconcuadrcula6concolores-nfasis3">
    <w:name w:val="Grid Table 6 Colorful Accent 3"/>
    <w:basedOn w:val="Tablanormal"/>
    <w:uiPriority w:val="51"/>
    <w:rsid w:val="005B372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lista1clara-nfasis3">
    <w:name w:val="List Table 1 Light Accent 3"/>
    <w:basedOn w:val="Tablanormal"/>
    <w:uiPriority w:val="46"/>
    <w:rsid w:val="005B37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normal1">
    <w:name w:val="Plain Table 1"/>
    <w:basedOn w:val="Tablanormal"/>
    <w:uiPriority w:val="99"/>
    <w:rsid w:val="005B372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1111</Words>
  <Characters>6116</Characters>
  <Application>Microsoft Office Word</Application>
  <DocSecurity>0</DocSecurity>
  <Lines>50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Office</cp:lastModifiedBy>
  <cp:revision>2</cp:revision>
  <cp:lastPrinted>2026-08-15T18:46:00Z</cp:lastPrinted>
  <dcterms:created xsi:type="dcterms:W3CDTF">2013-12-23T23:15:00Z</dcterms:created>
  <dcterms:modified xsi:type="dcterms:W3CDTF">2026-08-15T18:47:00Z</dcterms:modified>
  <cp:category/>
</cp:coreProperties>
</file>